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3Pc/5/2026 z 11. 3. 2026</w:t>
      </w:r>
    </w:p>
    <w:p>
      <w:r>
        <w:t>Rozsudok Mestského súdu Bratislava II z 11. marca 2026, sp. zn. 3Pc/5/2026, ECLI:SK:MSBA2:2026:1226200224.1</w:t>
      </w:r>
    </w:p>
    <w:p>
      <w:r>
        <w:t>Súd: Mestský súd Bratislava II</w:t>
      </w:r>
    </w:p>
    <w:p>
      <w:r>
        <w:t>Spisová značka: 3Pc/5/2026</w:t>
      </w:r>
    </w:p>
    <w:p>
      <w:r>
        <w:t>ECLI: ECLI:SK:MSBA2:2026:1226200224.1</w:t>
      </w:r>
    </w:p>
    <w:p>
      <w:r>
        <w:t>Dátum vydania: 11.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3Pc/5/2026 1226200224 11. 03. 2026 Mgr. Katarína Škultétyová ECLI:SK:MSBA2:2026:1226200224.1</w:t>
      </w:r>
    </w:p>
    <w:p>
      <w:r>
        <w:t>ROZSUDOK V MENE SLOVENSKEJ REPUBLIKY Mestský súd Bratislava II v konaní pred sudkyňou Mgr. Katarínou Škultétyovou v právnej veci navrhovateľky, manželky: B. E., Q. E., H. XX.XX.XXXX, R. C. E. XXXX/X, C., proti manželovi: S. E., H. XX.XX.XXXX, R. C. E. XXXX/X, C., v konaní o rozvod manželstva, takto rozhodol: I. Súd manželstvo účastníkov: B. E., Q. E., H. XX.XX.XXXX a S. E., H. XX.XX.XXXX, V. M. XX.XX.XXXX N. R., T. N. E. Z. Z. Ú. R., N. T. N., Q. XXXX, na K. XXX S. S. Č. X, r o z v á d z a. II. Žiaden z účastníkov n e m á nárok na náhradu trov konania. Poučenie: Písomné vyhotovenie rozsudku neobsahuje odôvodnenie, pretože rozsudok bol vyhlásený na pojednávaní za prítomnosti všetkých účastníkov, ktorí sa vzdali odvolania proti rozsudku (§ 221 písm. a) zákona č. 160/2015 Z. z. Civilného sporového poriadku, ďalej len „CSP“). Vzhľadom na skutočnosť, že účastníci sa po vyhlásení rozsudku vzdali práva podať odvolanie aj proti výroku II, voči ktorému je odvolanie inak prípustné, odvolanie účastníkov bude právne neúčinné a rozsudok nadobudne právoplatnosť dňom doručenia (§ 368 CSP).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o rodine a o zmene a doplnení niektorých zákonov, ďalej len „zákon o rodine“).</w:t>
      </w:r>
    </w:p>
    <w:p/>
    <w:p>
      <w:r>
        <w:t>Zdroj: KAUZIS.SK – https://www.kauzis.sk/judikatura/r/ECLI:SK:MSBA2:2026:1226200224.1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