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II sp. zn. 9P/16/2026 z 26. 5. 2026</w:t>
      </w:r>
    </w:p>
    <w:p>
      <w:r>
        <w:t>Rozsudok Mestského súdu Bratislava II z 26. mája 2026, sp. zn. 9P/16/2026, ECLI:SK:MSBA2:2026:1226200433.2</w:t>
      </w:r>
    </w:p>
    <w:p>
      <w:r>
        <w:t>Súd: Mestský súd Bratislava II</w:t>
      </w:r>
    </w:p>
    <w:p>
      <w:r>
        <w:t>Spisová značka: 9P/16/2026</w:t>
      </w:r>
    </w:p>
    <w:p>
      <w:r>
        <w:t>ECLI: ECLI:SK:MSBA2:2026:1226200433.2</w:t>
      </w:r>
    </w:p>
    <w:p>
      <w:r>
        <w:t>Dátum vydania: 26. 5.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Mestský súd Bratislava II 9P/16/2026 1226200433 26. 05. 2026 JUDr. Petra Priečinská ECLI:SK:MSBA2:2026:1226200433.2</w:t>
      </w:r>
    </w:p>
    <w:p>
      <w:r>
        <w:t>ROZSUDOK V MENE SLOVENSKEJ REPUBLIKY Mestský súd Bratislava II v konaní pred sudkyňou JUDr. Petrou Priečinskou, v mimosporovej veci navrhovateľky – manželky: A. B. C., D. C., nar. XX.XX.XXXX, trvale bytom E. C. XX, XXX XX F., právne zastúpená: Michael Válek, advokát, so sídlom Krátka 2, 811 03 Bratislava, štátna príslušnosť Čínskej ľudovej republiky proti manželovi: G. H., nar. XX.XX.XXXX, trvale bytom E. H. XXXXX/XX, XXX XX F. F., splnomocnený zástupca: I. J., nar. XX.XX.XXXX, bytom K. XX, XXX XX F. - D., v konaní o rozvod manželstva a o úpravu výkonu rodičovských práv a povinností k maloletému dieťaťu: G. H., nar. XX.XX.XXXX, zastúpené kolíznym opatrovníkom: Úrad práce, sociálnych vecí a rodiny Bratislava, odbor sociálnych vecí a rodiny, oddelenie sociálnoprávnej ochrany detí a sociálnej kurately, so sídlom Vazovova 7/A, 816 16 Bratislava, takto rozhodol: I. Súd manželstvo účastníkov konania A. B. C., nar. XX.XX.XXXX a G. H., nar. XX.XX.XXXX, uzavreté dňa XX.XX.XXXX v L. K., M. N. D., zapísané v knihe manželstiev MV SR – osobitná matrika F., vo zväzku A., ročník XXXX, strana XXX, pod poradovým číslom XXX, rozvádza. II. Súd schvaľuje dohodu rodičov o úprave výkonu rodičovský práv a povinností na čas po rozvode manželstva v nasledovnom znení: Maloleté dieťa G. H., nar. XX.XX.XXXX sa na čas po rozvode manželstva zveruje do spoločnej osobnej starostlivosti oboch rodičov. Obidvaja rodičia sú oprávnení a povinní maloleté dieťa zastupovať a spravovať jeho majetok. Výživné sa na žiadosť rodičov neurčuje. Daňovú bonus a prídavky na maloleté dieťa si bude uplatňovať matka. III. Žiaden z účastníkov nemá nárok na náhradu trov konania. odôvodnenie: Písomné vyhotovenie rozsudku neobsahuje odôvodnenie, pretože rozsudok bol vyhlásený na pojednávaní za prítomnosti všetkých účastníkov konania, ktorí sa vzdali práva podať voči rozsudku odvolanie (§ 221 písm. a) zákona č. 160/2015 Z.z. Civilný sporový poriadok). Poučenie: Proti tomuto rozsudku odvolanie nie je prípustné, pretože účastníci konania sa na pojednávaní, na ktorom bol rozsudok vyhlásený práva na podanie odvolania vzdali. ( § 368 CSP)</w:t>
      </w:r>
    </w:p>
    <w:p>
      <w:r>
        <w:t>Ak povinný dobrovoľne nesplní, čo mu ukladá vykonateľné rozhodnutie, oprávnený môže podať návrh na vykonanie exekúcie podľa osobitného zákona; ak ide o rozhodnutie o výchove maloletých detí, návrh na súdny výkon rozhodnutia. Manžel, ktorý pri uzavretí manželstva prijal priezvisko druhého manžela ako spoločné priezvisko, môže do troch mesiacov po právoplatnosti rozhodnutia o rozvode manželstva matričnému úradu oznámiť, že prijíma opäť svoje predošlé priezvisko (§ 27 ods. 1 Zákona o rodine).</w:t>
      </w:r>
    </w:p>
    <w:p/>
    <w:p>
      <w:r>
        <w:t>Zdroj: KAUZIS.SK – https://www.kauzis.sk/judikatura/r/ECLI:SK:MSBA2:2026:1226200433.2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