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B1-49CbR/41/2022 z 5. 6. 2025</w:t>
      </w:r>
    </w:p>
    <w:p>
      <w:r>
        <w:t>Uznesenie Mestského súdu Bratislava III z 5. júna 2025, sp. zn. B1-49CbR/41/2022, ECLI:SK:MSBA3:2025:1122201574.4</w:t>
      </w:r>
    </w:p>
    <w:p>
      <w:r>
        <w:t>Súd: Mestský súd Bratislava III</w:t>
      </w:r>
    </w:p>
    <w:p>
      <w:r>
        <w:t>Spisová značka: B1-49CbR/41/2022</w:t>
      </w:r>
    </w:p>
    <w:p>
      <w:r>
        <w:t>ECLI: ECLI:SK:MSBA3:2025:1122201574.4</w:t>
      </w:r>
    </w:p>
    <w:p>
      <w:r>
        <w:t>Dátum vydania: 5. 6.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B1-49CbR/41/2022 1122201574 05. 06. 2025 JUDr. Evelyn Neglia ECLI:SK:MSBA3:2025:1122201574.4</w:t>
      </w:r>
    </w:p>
    <w:p>
      <w:r>
        <w:t>Uznesenie Mestský súd Bratislava III v právnej veci obchodnej spoločnosti SAXIT s.r.o., Agátová 3406/7A, Bratislava - mestská časť Dúbravka 841 01, IČO: 51 886 286 zapísanej v obchodnom registri Mestského súdu Bratislava III, oddiel: Sro, vložka číslo: 134067/B v konaní o zrušení obchodnej spoločnosti, takto rozhodol: Súd v y m a z á v a obchodnú spoločnosť SAXIT s.r.o., Agátová 3406/7A, Bratislava - mestská časť Dúbravka 841 01, IČO: 51 886 286, zapísanú v obchodnom registri Mestského súdu Bratislava III, oddiel: Sro, vložka číslo: 134067/B bez likvidácie. odôvodnenie: 1. Uznesením sp. zn. 49CbR/41/2022 zo dňa 5.5.2023, právoplatným dňa 16.6.2023 Mestský súd Bratislava III, ako kauzálne príslušný registrový súd rozhodol o zrušení obchodnej spoločnosti SAXIT s.r.o., Agátová 3406/7A, Bratislava - mestská časť Dúbravka 841 01, IČO: 51 886 286 s poukazom na ust. § 68b ods. 1 zákona č. 513/1991 Zb. Obchodného zákonníka (ďalej len „Obchodný zákonník“) v znení neskorších predpisov. 2. Podľa § 18n ods. 2 písm. c) zákona č. 371/2004 Z.z.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Podľa § 304 písm. a) zákona č. 161/2015 Z. z. Civilný mimosporový poriadok (ďalej len „CMP“) v znení neskorších predpisov konaním v niektorých veciach právnických osôb je konanie o zrušení právnickej osoby. 4. Podľa § 305 ods. 1, 2 CMP v znení neskorších predpisov na konanie v niektorých veciach právnických osôb je kauzálne príslušný registrový súd. Na konanie je miestne príslušný registrový súd podľa adresy sídla právnickej osoby. 5. Podľa § 308 CMP v znení neskorších predpisov súd rozhoduje uznesením. 6. Podľa § 309e CMP v znení neskorších predpisov ak rozhodnutie súdu o zrušení spoločnosti nadobudlo právoplatnosť, súd zverejní oznámenie o zrušení spoločnosti v Obchodnom vestníku. 7. Podľa § 309f CMP v znení neskorších predpisov ak spoločnosť do 90 dní od zverejnenia oznámenia o zrušení spoločnosti v Obchodnom vestníku nevstúpi do likvidácie, predpokladá sa, že je v úpadku. 8. Podľa § 309g CMP v znení neskorších predpisov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w:t>
      </w:r>
    </w:p>
    <w:p>
      <w:r>
        <w:t>9. Podľa § 309h ods. 1 CMP v znení neskorších predpisov ak odseky 2 a 3 neustanovujú inak, súd po uplynutí šiestich mesiacov od zverejnenia oznámenia o predpoklade úpadku spoločnosti v Obchodnom vestníku rozhodne o výmaze spoločnosti z obchodného registra bez likvidácie. 10. Podľa § 309h ods. 2 CMP v znení neskorších predpisov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11. Podľa § 309h ods. 3 CMP v znení neskorších predpisov ak voči spoločnosti prebieha konkurzné konanie, súd pred rozhodnutím o výmaze spoločnosti postupuje v závislosti od jeho výsledku. Ak sa na majetok spoločnosti vyhlási konkurz, konanie o zrušení spoločnosti sa zastavuje. 12. Podľa § 309h ods. 4 CMP v znení neskorších predpisov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13. Podľa § 309h ods. 5 CMP v znení neskorších predpisov rozhodnutie súdu o výmaze spoločnosti sa doručí uložením v spise. Proti tomuto rozhodnutiu nie je prípustné odvolanie. 14. Súd zverejnil oznámenie podľa § 309e CMP v znení neskorších predpisov v Obchodnom vestníku č. 223/2023 zo dňa 23.11.2023. 15. Súd zverejnil oznámenie podľa § 309g CMP v znení neskorších predpisov v Obchodnom vestníku č. 185/2024 zo dňa 24.9.2024. 16. Súd lustráciou na tunajšom súde vykonanou k dnešnému dňu zistil, že voči obchodnej spoločnosti SAXIT s.r.o., Agátová 3406/7A, Bratislava - mestská časť Dúbravka 841 01, IČO: 51 886 286 neprebieha konkurzné konanie. 17.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18. Na základe uvedeného súd rozhodol o výmaze obchodnej spoločnosti SAXIT s.r.o., Agátová 3406/7A, Bratislava - mestská časť Dúbravka 841 01, IČO: 51 886 286. Poučenie: Proti tomuto uzneseniu nie je prípustné odvolanie.</w:t>
      </w:r>
    </w:p>
    <w:p/>
    <w:p>
      <w:r>
        <w:t>Zdroj: KAUZIS.SK – https://www.kauzis.sk/judikatura/r/ECLI:SK:MSBA3:2025:1122201574.4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