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Mestského súdu Bratislava IV sp. zn. 27C/67/2024 z 19. 12. 2025</w:t>
      </w:r>
    </w:p>
    <w:p>
      <w:r>
        <w:t>Rozsudok Mestského súdu Bratislava IV z 19. decembra 2025, sp. zn. 27C/67/2024, ECLI:SK:MSBA4:2025:1424207828.4</w:t>
      </w:r>
    </w:p>
    <w:p>
      <w:r>
        <w:t>Súd: Mestský súd Bratislava IV</w:t>
      </w:r>
    </w:p>
    <w:p>
      <w:r>
        <w:t>Spisová značka: 27C/67/2024</w:t>
      </w:r>
    </w:p>
    <w:p>
      <w:r>
        <w:t>ECLI: ECLI:SK:MSBA4:2025:1424207828.4</w:t>
      </w:r>
    </w:p>
    <w:p>
      <w:r>
        <w:t>Dátum vydania: 19. 12.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Mestský súd Bratislava IV 27C/67/2024 1424207828 19. 12. 2025 Mgr. Radovan Ondreáš ECLI:SK:MSBA4:2025:1424207828.4</w:t>
      </w:r>
    </w:p>
    <w:p>
      <w:r>
        <w:t>ROZSUDOK V MENE SLOVENSKEJ REPUBLIKY L.:SK:E XXC/XX/XXXX-XX O.: XXXXXXXXXX</w:t>
      </w:r>
    </w:p>
    <w:p>
      <w:r>
        <w:t>S. V E. J. S. E. súd T. IV sudcom E.. S. Z. v spore žalobcu: K. nemocnica T., so sídlom H. XXXX/X, T., O.: XXXXXXXX, proti žalovanému: O. J., nar. XX.XX.XXXX, bytom R. XXXX/X, T., o zaplatenie XX eur s príslušenstvom, takto rozhodol: rozhodol : I. W. je povinný zaplatiť žalobcovi sumu XX eur spolu s úrokom z omeškania vo výške X,XX % ročne zo sumy XX eur od XX.XX.XXXX do zaplatenia, a to do troch dní odo dňa právoplatnosti tohto rozsudku. II. J. žalobcovi náhradu trov konania voči žalovanému nepriznáva. odôvodnenie: Z. 1. W. doručenou súdu dňa XX.XX.N. sa žalobca domáhal voči žalovanému zaplatenia sumy XX eur spolu s príslušenstvom. W. odôvodnil tým, že žalovanému poskytol zdravotnú starostlivosť - ošetrenie v N. pohotovostnej službe na pracovisku K. nemocnici T. - F. J. E. dňa XX.XX.XXXX. V zmysle článku O.. zákona č. N./N.X Z. z. ktorým sa mení a dopĺňa zákon č. N./N.X Z. z. o rozsahu zdravotnej starostlivosti uhrádzanej na základe verejného zdravotného poistenia a o úhradách za služby súvisiace s poskytovaním zdravotnej starostlivosti, vznikla žalovanému povinnosť uhradiť zákonný poplatok vo výške XX eur. Za poskytnutú zdravotnú starostlivosť bola žalovanému vystavená faktúra č. N. na sumu vo výške XX eur, splatná dňa XX.XX.N., ktorá bola žalovanému zaslaná spolu s výzvou zo dňa XX.XX.N. na úhradu zákonného poplatku za návštevu N. pohotovostnej služby. W. dlžnú sumu neuhradil. K. si aj zákonný úrok z omeškania. W. sa dostal od omeškania s uhradením sumy XX eur podľa faktúry č. N. splatnej ku dňu XX.XX.N.. V súlade s § 517 ods. X Občianskeho zákonníka bola výška úrokov z omeškania X,XX % ročne. W. k žalobe priložil listinné dôkazy: M. č. N. zo dňa XX.XX.XXXX; R. na úhradu zákonného poplatku za návštevu N. pohotovostnej služby zo dňa XX.XX.N. a fotokópia doručenky.</w:t>
      </w:r>
    </w:p>
    <w:p>
      <w:r>
        <w:t>X. K. č.k. N zo dňa N súd žalovaného vyzval, aby sa písomne vyjadril k žalobe, uviedol rozhodujúce skutočnosti na svoju obranu, ak uplatnený nárok v celom rozsahu alebo čiastočne neuznáva, pripojil listiny, na ktoré sa odvoláva a označil dôkazy na preukázanie svojich tvrdení. W. sa k žalobe, ktorá mu bola doručená v súlade s § 116 ods. X zákona č. XXX/XXXX Z. z. Civilný sporový poriadok (ďalej len „C.s.p.“), napriek výzve súdu písomne nevyjadril, skutkové tvrdenia žalobcu nijakým spôsobom nepoprel, dôkazy neoznačil a v konaní ostal nečinný. V zmysle § X5X ods. X C.s.p. platí, že skutkové tvrdenia strany, ktoré protistrana výslovne nepoprela, sa považujú za nesporné. 3. Súd vo veci rozhodol bez nariadenia pojednávania podľa § X77 ods. X písm. a/ C.s.p., keďže išlo o otázku jednoduchého právneho posúdenia veci, skutkové tvrdenia strán nie sú sporné a hodnota žalovanej pohľadávky bez príslušenstva neprevyšuje X.000 eur. Súd v zmysle ustanovenia § XX9 ods. 3 C.s.p. termín verejného vyhlásenia rozsudku oznámil na úradnej tabuli súdu a na webovej stránke súdu. Pri rozhodovaní súd vychádzal zo skutkových tvrdení v žalobe a obsahu predložených listinných dôkazov a zistil nasledovný skutkový stav: 4. Dňa XX.07.X0X3 poskytol žalobca žalovanému zdravotnú starostlivosť, t.j. ošetrenie v N. pohotovostnej službe na pracovisku K. nemocnice T. - F. J. E., na základe čoho vznikla žalovanému povinnosť uhradiť zákonný poplatok vo výške XX eur. Za poskytnutú zdravotnú starostlivosť bola žalovanému dňa XX.07.X0X3 vystavená faktúra na sumu XX eur, splatná dňa XX.XX.N., ktorú bola žalovanému doručovaná spolu s výzvou na úhradu zákonného poplatku zo dňa XX.XX.N.. W. dlžnú sumu neuhradil. 5. Podľa § X ods. X zákona č. XXX/XXXX Z. z. o zdravotnej starostlivosti neodkladná zdravotná starostlivosť (ďalej len „neodkladná starostlivosť“) je zdravotná starostlivosť, ktorá sa poskytuje osobe pri náhlej zmene jej zdravotného stavu, ktorá bezprostredne ohrozuje jej život alebo niektorú z jej základných životných funkcií, bez rýchleho poskytnutia zdravotnej starostlivosti môže vážne ohroziť jej zdravie, spôsobuje jej náhlu a neznesiteľnú bolesť, ktorej bezprostredné neliečenie by mohlo viesť k ohrozeniu jej života alebo zdravia, alebo spôsobuje náhle zmeny správania a konania, pod ktorých vplyvom osoba bezprostredne ohrozuje seba alebo svoje okolie. Neodkladná starostlivosť je aj taká zdravotná starostlivosť, ktorá sa poskytuje pri pôrode a pri vyšetrení, diagnostike a liečbe rýchlo sa šíriacej a život ohrozujúcej nákazy, ak existuje dôvodné podozrenie, že osoba môže byť zdrojom takejto rýchlo sa šíriacej a život ohrozujúcej nákazy. Súčasťou neodkladnej starostlivosti je neodkladná preprava osoby do zdravotníckeho zariadenia, ak si zdravotný stav tejto osoby vyžaduje poskytovanie neodkladnej starostlivosti počas prepravy do zdravotníckeho zariadenia alebo medzi zdravotníckymi zariadeniami, neodkladná preprava darcu ľudského orgánu alebo príjemcu ľudského orgánu, ak si ich zdravotný stav vyžaduje poskytovanie neodkladnej starostlivosti počas prepravy, neodkladná preprava zdravotníckych pracovníkov, ktorí vykonávajú činnosti súvisiace s odberom ľudského orgánu, ak by odklad ich prepravy mohol ohroziť život alebo zdravie príjemcu ľudského orgánu alebo by mohol viesť k nezvratnému poškodeniu ľudského orgánu určeného na transplantáciu, a neodkladná preprava ľudského orgánu určeného na transplantáciu, ak by odklad prepravy tohto ľudského orgánu mohol ohroziť život alebo zdravie príjemcu ľudského orgánu alebo by mohol viesť k nezvratnému poškodeniu tohto ľudského orgánu. Neodkladnú prepravu vykonávajú poskytovatelia záchrannej zdravotnej služby; neodkladnú prepravu vykonáva v rámci poskytovania špecifickej zdravotnej starostlivosti aj vojenské zdravotníctvo, ak sú splnené požiadavky na materiálno-technické vybavenie a personálne zabezpečenie ambulancie záchrannej zdravotnej služby ustanovené osobitným predpisom. 5.X Podľa § X8a ods. 6 písm. a) zákona č. N./N.X Z. z. o rozsahu zdravotnej starostlivosti uhrádzanej na základe verejného zdravotného poistenia a o úhradách za služby súvisiace s poskytovaním zdravotnej starostlivosti (v znení od účinnosti zákona č. N./N.X Z. z.), pri poskytovaní zdravotnej starostlivosti v rámci ústavnej pohotovostnej služby je výška úhrady poistenca za služby podľa § X8 ods. X písm. c), ak poistenec nie je oslobodený od povinnosti úhrady podľa § X8 ods. 8 písm. c), XX eur, ak v písmene b) alebo písmene c) nie je uvedené inak. X.X H. § 488 zákona č. XX/XXXX Zb. Z. zákonník, záväzkovým vzťahom je právny vzťah, z ktorého veriteľovi vzniká právo na plnenie (pohľadávka) od dlžníka a dlžníkovi vzniká povinnosť splniť záväzok. X.X H. § 5X7 ods. X veta prvá Z. zákonníka, dlžník, ktorý svoj dlh riadne a včas nesplní, je v omeškaní.</w:t>
      </w:r>
    </w:p>
    <w:p>
      <w:r>
        <w:t>X.X H. § 5X7 ods. X zákona Z.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X.X H. § X ods. X F. vlády č. XX/N. Z.z., výška úrokov z omeškania je o X percentuálnych bodov vyššia ako základná úroková sadzba L. centrálnej banky platná k prvému dňu omeškania s plnením peňažného dlhu. 6. Na základe zisteného skutkového stavu a citovaných zákonných ustanovení dospel súd k záveru, že žaloba je dôvodná. V konaní bolo preukázané, že medzi stranami sporu vznikol záväzkovo právny vzťah, na základe ktorého žalobca poskytol žalovanému zdravotnú starostlivosť a žalovanému vznikla povinnosť uhradiť zákonný poplatok vo výške XX eur za poskytnutú zdravotnú starostlivosť v zmysle § N ods. X písm. a) zákona č. N./N.X Z. z. W. bola vystavená faktúra na úhradu tohto poplatku, splatná XX.XX.XXXX a bol vyzvaný na jej úhradu, žalovaný však dlžnú sumu neuhradil. 7. P. sa žalovaný dostal do omeškania s platením peňažnej sumy, zavial ho súd aj na zaplatenie úrokov z omeškania v zmysle § XX7 ods. X Z. zákonníka, a to v súlade s § X nariadenia vlády SR. č. XX/N. Z. z. v žalobcom správe uplatnenej výške X,XX % ročne odo dňa nasledujúceho po dni splatnosti faktúry do zaplatenia. 8. O nároku na náhradu trov konania súd rozhodol v zmysle § XXX ods. X C.s.p. v spojení § XXX ods. X C.s.p. W. ako v celom rozsahu úspešnej strane vzniklo právo na náhradu trov konania proti žalovanému. Z obsahu spisu vyplýva, že žalobcovi žiadne trovy konania nevznikli a žiadne si ani neuplatňoval. J. preto v súlade s čl. X7 základných princípov C.s.p. zakotvujúcich procesnú ekonómiu rozhodol priamo tak, že žalobcovi náhradu trov konania nepriznal (R XX/XXXX). Poučenie: Poučenie: Proti tomuto rozsudku je možné podať odvolanie, písomne, v lehote 15 dní odo dňa jeho doručenia na Mestskom súde Bratislava IV. Odvolanie môže podať strana, v ktorej neprospech bolo rozhodnutie vydané. /§ 359 C.s.p./ V odvolaní sa popri všeobecných náležitostiach podania uvedie, proti ktorému rozhodnutiu smeruje, v akom rozsahu sa napáda, z akých dôvodov sa rozhodnutie považuje za nesprávne (odvolacie dôvody) a čoho sa odvolateľ domáha (odvolací návrh). /§ 363 C.s.p./ Rozsah, v akom sa rozhodnutie napáda, môže odvolateľ rozšíriť len do uplynutia lehoty na podanie odvolania.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w:t>
      </w:r>
    </w:p>
    <w:p>
      <w:r>
        <w:t>Odvolacie dôvody a dôkazy na ich preukázanie možno meniť a dopĺňať len do uplynutia lehoty na podanie odvolania. /§ 365 C.s.p./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 366 C.s.p./ Prostriedky procesného útoku alebo prostriedky procesnej obrany, ktoré neboli uplatnené pred súdom prvej inštancie, možno uplatniť za splnenia podmienok podľa § 366 najneskôr v lehote na vyjadrenie k odvolaniu. /§ 373 ods. 4 C.s.p./ V prípade, že nebude dobrovoľne splnená povinnosť uložená týmto rozsudkom, možno podať návrh na vykonanie exekúcie podľa osobitného zákona - Exekučného poriadku.</w:t>
      </w:r>
    </w:p>
    <w:p/>
    <w:p>
      <w:r>
        <w:t>Zdroj: KAUZIS.SK – https://www.kauzis.sk/judikatura/r/ECLI:SK:MSBA4:2025:1424207828.4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