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B3-52Er/2210/2015 z 8. 9. 2026</w:t>
      </w:r>
    </w:p>
    <w:p>
      <w:r>
        <w:t>Uznesenie Mestského súdu Bratislava IV z 8. septembra 2026, sp. zn. B3-52Er/2210/2015, ECLI:SK:MSBA4:2026:1315212791.2</w:t>
      </w:r>
    </w:p>
    <w:p>
      <w:r>
        <w:t>Súd: Mestský súd Bratislava IV</w:t>
      </w:r>
    </w:p>
    <w:p>
      <w:r>
        <w:t>Spisová značka: B3-52Er/2210/2015</w:t>
      </w:r>
    </w:p>
    <w:p>
      <w:r>
        <w:t>ECLI: ECLI:SK:MSBA4:2026:1315212791.2</w:t>
      </w:r>
    </w:p>
    <w:p>
      <w:r>
        <w:t>Dátum vydania: 8. 9.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B3-52Er/2210/2015 1315212791 08. 09. 2026 Mgr. Ing. Janka Šteinerová ECLI:SK:MSBA4:2026:1315212791.2</w:t>
      </w:r>
    </w:p>
    <w:p>
      <w:r>
        <w:t>Uznesenie Mestský súd Bratislava IV v exekučnej veci oprávneného: DÔVERA zdravotná poisťovňa, a.s., IČO: 35942436, Einsteinova 2, Bratislava, proti povinnému: C. F. M., N.. XX.XX.XXXX, Č.Z. X, A., na vymoženie uloženej povinnosti zaplatiť istinu s príslušenstvom 179,05 eura a trovy exekúcie, vedenej súdnym exekútorom: JUDr. Ladislav Kováč, PhD., Exekútorský úrad so sídlom Južná trieda č.93, Košice, takto rozhodol: I. Súd u r č u j e, že došlo k zastaveniu starej exekúcie. II. Súdny exekútor n e m á n á r o k na náhradu paušálnych trov exekúcie. odôvodnenie: 1.Dňa 21.08.2015 súd udelil súdnemu exekútorovi poverenie na vykonanie exekúcie č. 5103 163395 na základe rozhodnutia Dôvery zdravotnej poisťovne v Bratislave č. k. 1500591372 zo dňa 14.02.2015 2. Súdny exekútor dňa 30.06.2026 predložil súdu podnet na zastavenie exekúcie podľa zákona č. 233/2019 Z.z., nakoľko mu predmetné poverenie nebolo doručené. 3. Dňa 01.01.2020 nadobudol účinnosť zákona č. 233/2019 Z. z. o ukončení niektorých exekučných konaní, predovšetkým nemajetných, podľa ktorého súdny exekútor vydáva upovedomenie o zastavení starej exekúcie, výzvu na úhradu trov starej exekúcie aj z dôvodu podľa § 2 ods. 1 písm. a) zákona č. 233/2019 Z. z. o ukončení niektorých exekučných konaní a o zmene a doplnení niektorých zákonov, pretože uplynula rozhodná doba. Stará exekúcia sa zastavuje, ak od doručenia prvotného poverenia uplynie rozhodná doba piatich rokov, k predĺženiu rozhodnej doby nedošlo a nejde o takú starú exekúciu, ktorá sa nezastavuje. 4. Podľa § 1 ods. 1 zákona č. 233/2019 Z. z. o ukončení niektorých exekučných konaní a o zmene a doplnení niektorých zákonov (ďalej len „ZoUNEK“), tento zákon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návrh“). 5. Podľa § 1 ods. 2 ZoUNEK, na účely tohto zákona sa starou exekúciou rozumie exekúcia začatá pred 1. aprílom 2017 a vedená podľa predpisov účinných do 31. marca 2017. 6. Podľa § 2 ods. 1 písm. a) ZoUNEK, stará exekúcia sa týmto zákonom zastavuje, ak uplynula rozhodná doba a nejde o starú exekúciu podľa odseku 2. 7.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4)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konanie.5) " 8. Podľa § 3 ods. 1 ZoUNEK, rozhodnou dobou je doba piatich rokov. Rozhodná doba plynie odo dňa doručenia prvotného poverenia na vykonanie exekúcie súdnemu exekútorovi (ďalej len "exekútor"), ak § 4 neustanovuje inak; na zmenu exekútora sa neprihliada. 9. Podľa § 5 ods. 3 ZoUNEK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6 ods. 4 písm. a) ZoUNEK exekútor nemá nárok na náhradu paušálnych trov, ak oprávnenému zaslal upovedomenie o zastavení exekúcie po uplynutí lehoty podľa § 5 ods. 3. 11. Podľa § 8 ods. 2 ZoUNEK,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12. Súd ma preukázané, že táto exekúcia spĺňa zákonnú definíciu starej exekúcie, pretože bola začatá pred 1. aprílom 2017 a vedená podľa predpisov účinných do 31. marca 2017. Dňa 01.01.2020 nadobudol účinnosť ZoUNEK. Podľa ZoUNEK súdny exekútor je povinný vyhotoviť upovedomenie o zastavení starej exekúcie a toto podľa ustanovenia § 5 ods. 3 zaslať oprávnenému najneskôr do 120 dní od zastavenia starej exekúcie podľa tohto zákona, pričom ak ide o starú exekúciu, ktorá sa zastavuje ku dňu účinnosti tohto zákona, upovedomenie o zastavení starej exekúcie zašle exekútor oprávnenému do 180 dní od nadobudnutia účinnosti tohto zákona. V danom prípade poverenie na vykonanie exekúcie súdny exekútor prevzal dňa 07.09.2015. (Uvedenú skutočnosť Okresný súd Bratislava III túto skutočnosť oznámil súdnemu exekútorovi dňa 07.08.2018.) Súdny exekútor nevydal upovedomenie o zastavení starej exekúcie, ale navrhol zastavenie exekúcie z dôvodu , že mu predmetné poverenie nebolo doručené. 13. Nakoľko ide o starú exekúciu, poverený súdny exekútor v nej nedosiahol výťažok spolu aspoň vo výške 15 eur v posledných 18 mesiacoch a nevydal upovedomenie o zastavení starej exekúcie, súd určil, že došlo k zastaveniu starej exekúcie podľa § 8 ods. 2 ZoUNEK. O trovách exekúcie v tomto prípade súd nerozhoduje, pretože exekútor nemá nárok na náhradu paušálnych trov exekúcie. Poučenie: Proti tomuto uzneseniu nie je prípustné odvolanie. Proti tomuto rozhodnutiu je možné podať sťažnosť v lehote 15 dní od jeho doručenia, písomne, dvojmo.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</w:t>
      </w:r>
    </w:p>
    <w:p/>
    <w:p>
      <w:r>
        <w:t>Zdroj: KAUZIS.SK – https://www.kauzis.sk/judikatura/r/ECLI:SK:MSBA4:2026:1315212791.2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