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B3-30U/5/2019 z 26. 2. 2026</w:t>
      </w:r>
    </w:p>
    <w:p>
      <w:r>
        <w:t>Uznesenie Mestského súdu Bratislava IV z 26. februára 2026, sp. zn. B3-30U/5/2019, ECLI:SK:MSBA4:2026:1319204481.2</w:t>
      </w:r>
    </w:p>
    <w:p>
      <w:r>
        <w:t>Súd: Mestský súd Bratislava IV</w:t>
      </w:r>
    </w:p>
    <w:p>
      <w:r>
        <w:t>Spisová značka: B3-30U/5/2019</w:t>
      </w:r>
    </w:p>
    <w:p>
      <w:r>
        <w:t>ECLI: ECLI:SK:MSBA4:2026:1319204481.2</w:t>
      </w:r>
    </w:p>
    <w:p>
      <w:r>
        <w:t>Dátum vydania: 26. 2.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B3-30U/5/2019 1319204481 26. 02. 2026 JUDr. Dagmar Buchalová ECLI:SK:MSBA4:2026:1319204481.2</w:t>
      </w:r>
    </w:p>
    <w:p>
      <w:r>
        <w:t>Uznesenie C. súd J. IV, vo veci úschovy peňažnej sumy vo výške X.XXX,XX € zloženej zložiteľom L. diaľničná spoločnosť, a. s., W.: XX XXX XXX, so sídlom K. cesta XX, XXX XX J., pre príjemcu: C. X., nar. XX.XX.XXXX, bytom O. XX, XXX XX J., takto rozhodol: I. D. v y d á v a z úschovy sumu X.XXX,XX € zloženú na depozitnom účte C. súdu J. IV, č. ú. D XXXX XXXX XXXX XXXX XXXX, variabilný symbol: XXXXXXXXXX, druh trov konania: K úschovy, položka registra: XX, rok: XXXX, vedenom v E. pokladnici, príjemcovi: C. X., nar. XX.XX.XXXX, bytom O. XX, XXX XX J.. II. U p r a v u j e sa učtáreň C. súdu J. IV, aby sumu X.XXX,XX € vyplatila - poukázala z depozitného účtu C. súdu J. IV, č. ú. D XXXX XXXX XXXX XXXX XXXX, variabilný symbol: XXXXXXXXXX, druh trov konania: K úschovy, položka registra: XX, rok: XXXX, vedenom v E. pokladnici po právoplatnosti tohto uznesenia na účet príjemcu č. ú.: D XXXX XXXX XXXX XXXX XXXX. odôvodnenie: 1. C. súd J. IV uznesením č. k. J zo dňa XX.XX.XXXX, rozhodol o prijatí peňažnej sumy do súdnej úschovy. G. úschovy sumu vo výške X.XXX,XX € zložiteľ zložil dňa XX.XX.XXXX v prospech príjemcu na účet C. súdu J. IV na č. ú.: D XXXX XXXX XXXX XXXX XXXX, variabilný symbol: XXXXXXXXXX, druh trov konania: K úschovy, položka registra: XX, rok: XXXX, vedenom v E. pokladnici, titulom splnenia záväzku zložiteľa voči príjemcovi C. X., nar. XX.XX.XXXX, bytom O. XX, XXX XX J., ktoré odôvodnil rozhodnutím o vyvlastnení č. OU-BA-M zo dňa XX.XX.XXXX, ktorým M. úrad J., odbor výstavby a bytovej politiky rozhodol o vyvlastnení vo verejnom záujme pre účely majetkovoprávneho usporiadania pozemkov zastavaných verejnoprospešnou stavbou K. „D1 E. J. - D.“, k. ú. E., nehnuteľnosti: - - parc. reg. „C“ č. XXXX/XXX, zastavané plochy a nádvoria vo výmere XXX m2, zapísaná na LV č. XXXX, v spoluvlastníckom podiele X/XX, vlastníka: C. X., nar. XX.XX.XXXX, bytom O. XX, XXX XX J.. 2. G. dňa XX.XX.XXXX doručil tunajšiemu súdu žiadosť o vydanie predmetu úschovy, v ktorom oznámil svoje číslo bankového účtu na vyplatenie peňažných prostriedkov, ktoré sú predmetom úschovy. 3. P. súd dňa XX.XX.XXXX upovedomil zložiteľa L. diaľničnú spoločnosť, a. s. o vydaní predmetu úschovy a o možnosti podania námietky, ktorú zložiteľ nevyužil a námietku nepodal. 4. G. Čl. X ods. X zákona č. XXX/XXXX Z. z. Q. mimosporový poriadok v znení neskorších predpisov (ďalej len „Q.“) ak sa právna vec nedá prejednať a rozhodnúť na základe výslovného ustanovenia tohto zákona, právna vec sa posúdi podľa toho ustanovenia tohto alebo iného zákona, ktoré upravuje právnu vec čo do obsahu a účelu najbližšiu posudzovanej právnej veci. 5. G. § X55 ods. X až 3 Q. (1) Ak je v lehote podaná žiadosť o vydanie predmetu notárskej úschovy a ide o prípad uvedený v § 335 alebo ak je predmetom notárskej úschovy výťažok z predaja zálohu, postupuje sa primerane podľa § 335 až XXX. (2) Ak nejde o prípad uvedený v odseku 1, rozhodne o</w:t>
      </w:r>
    </w:p>
    <w:p>
      <w:r>
        <w:t>dôvodnosti žiadosti uznesením súd. G. tomuto uzneseniu je odvolanie prípustné. (3) Po právoplatnosti uznesenia, ktorým sa žiadosti vyhovelo, vydá notár predmet notárskej úschovy žiadateľovi. 6. G. § 359 Q. ak súd prijíma do úschovy veci v prípadoch ustanovených osobitným predpisom, postupuje sa podľa ustanovení osobitného predpisu, a ak ho niet, postupuje sa podľa ustanovení tejto hlavy, a to primerane podľa povahy úschovy a jej účelu. 7. G. § 121 E. C. spravodlivosti D. republiky č. XXX/XXXX Z. z. o D. a kancelárskom poriadku pre okresné súdy, krajské súdy, E. súd a vojenské súdy v znení neskorších predpisov (ďalej len „E. MS SR č. XXX/ XXXX Z. z.“) na úschovy súdu v trestnom konaní a v občianskom súdnom konaní, s výnimkou úschov u súdneho komisára v konaní o dedičstve, sa použijú ustanovenia tohto oddielu. 8. G. § X22 ods. 1 E. MS SR č. XXX/XXXX Z. z. súd prijme predmet do úschovy na základe rozhodnutia vydaného podľa osobitného predpisu. 9. G. § X23 ods. 1 E. MS SR č. XXX/XXXX Z. z. prijaté peňažné prostriedky v hotovosti, cenné papiere a iné hnuteľné veci, ktorých povaha to pripúšťa, sa uložia v trezore súdu. XX. G. § 1X3 ods. 2 E. MS SR č. XXX/XXXX Z. z. hnuteľné veci a peňažné prostriedky uložené v trezore súdu sa najneskôr nasledujúci pracovný deň odovzdajú do úschovy v banke alebo pobočke zahraničnej banky. Od tohto postupu možno upustiť, ak ide o úschovu vkladných knižiek so zostatkami, ktoré v jednej veci nepresahujú v súčte XXX eur, iných cenných papierov znejúcich na hodnotu nepresahujúcu v súčte XXX eur, drobných hnuteľných vecí nepatrnej hodnoty a peňažnej sumy, ktorá v jednej veci nepresahuje hodnotu XXX eur. Q. peňažná suma v hotovosti, výška vkladu na vkladných knižkách alebo vkladových listoch alebo hodnota cenných papierov uložených na súde nesmie presiahnuť XXX eur. XX. G. § 12X ods. 3 E. MS SR č. XXX/XXXX Z. z. hnuteľné veci a peňažné prostriedky v hotovosti z trezoru súdu sa ukladajú v banke alebo v pobočke zahraničnej banky na základe poukazu súdu, na ktorom je odtlačok úradnej pečiatky súdu a podpis sudcu. XX. G. § 39 ods. X zákona č. XXX/XXXX Z. z. o katastri nehnuteľností a o zápise vlastníckych a iných práv k nehnuteľnostiam (katastrálny zákon), okresný úrad zapíše poznámku na základe oznámenia súdu alebo iného štátneho orgánu alebo na návrh oprávneného podľa osobitných predpisov alebo účastníka súdneho konania alebo iného konania. XX. G. § 39 ods. X zákona č. XXX/XXXX Z. z. o katastri nehnuteľností a o zápise vlastníckych a iných práv k nehnuteľnostiam (katastrálny zákon), okresný úrad vyznačí v katastri poznámku aj o tom, že hodnovernosť údajov katastra o práve k nehnuteľnosti bola spochybnená. XX. G. § X9 ods. 3 zákona č. XXX/XXXX Z. z. o katastri nehnuteľností a o zápise vlastníckych a iných práv k nehnuteľnostiam (katastrálny zákon), okresný úrad zruší poznámku bez návrhu alebo na návrh toho, kto podal návrh na jej zápis, ak sa preukáže, že pominuli dôvody jej zápisu. XX. D. preskúmal žiadosť príjemcu a zistil, že sú splnené podmienky na vydanie predmetu úschovy. V prípade vyplatenia peňazí zložených do súdnej úschovy súd použil analógiu legis (analogické použitie zákona). G. zákon nejakú problematiku výslovne neupravuje, môže odkázať na podobné (analogické) použitie inej právnej normy na daný prípad. V prejednávanej veci ide o aplikáciu § 355 Q.. E. na vyššie uvedené skutočnosti a citované zákonné ustanovenia súd rozhodol o vydaní predmetu úschovy v prospech príjemcu na jeho účet tak, ako je uvedené vo výrokovej časti tohto uznesenia. Poučenie: P o u č e n i e : Proti tomuto uzneseniu je prípustné odvolanie v lehote 15 dní od doručenia uznesenia na súde, proti ktorého uzneseniu smeruje. Odvolanie len proti odôvodneniu rozhodnutia nie je prípustné.</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w:t>
      </w:r>
    </w:p>
    <w:p/>
    <w:p>
      <w:r>
        <w:t>Zdroj: KAUZIS.SK – https://www.kauzis.sk/judikatura/r/ECLI:SK:MSBA4:2026:1319204481.2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