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Mestského súdu Košice sp. zn. 67Csp/97/2024 z 20. 5. 2024</w:t>
      </w:r>
    </w:p>
    <w:p>
      <w:r>
        <w:t>Uznesenie Mestského súdu Košice z 20. mája 2024, sp. zn. 67Csp/97/2024, ECLI:SK:MSKE:2024:7124207648.1</w:t>
      </w:r>
    </w:p>
    <w:p>
      <w:r>
        <w:t>Súd: Mestský súd Košice</w:t>
      </w:r>
    </w:p>
    <w:p>
      <w:r>
        <w:t>Spisová značka: 67Csp/97/2024</w:t>
      </w:r>
    </w:p>
    <w:p>
      <w:r>
        <w:t>ECLI: ECLI:SK:MSKE:2024:7124207648.1</w:t>
      </w:r>
    </w:p>
    <w:p>
      <w:r>
        <w:t>Dátum vydania: 20. 5. 2024</w:t>
      </w:r>
    </w:p>
    <w:p>
      <w:r>
        <w:t>Forma: Uznesenie</w:t>
      </w:r>
    </w:p>
    <w:p>
      <w:r>
        <w:t>Oblasť práva: Občianske právo</w:t>
      </w:r>
    </w:p>
    <w:p>
      <w:pPr>
        <w:pStyle w:val="Heading2"/>
      </w:pPr>
      <w:r>
        <w:t>Text rozhodnutia</w:t>
      </w:r>
    </w:p>
    <w:p>
      <w:r>
        <w:t>Súd: Spisová značka: Identifikačné číslo súdneho spisu: Dátum vydania rozhodnutia: Meno a priezvisko sudcu, VSÚ: ECLI:</w:t>
      </w:r>
    </w:p>
    <w:p>
      <w:r>
        <w:t>Mestský súd Košice 67Csp/97/2024 7124207648 20. 05. 2024 JUDr. Filip Kunca ECLI:SK:MSKE:2024:7124207648.1</w:t>
      </w:r>
    </w:p>
    <w:p>
      <w:r>
        <w:t>Uznesenie Mestský súd Košice v spore žalobcu: Dopravný podnik mesta Košice, akciová spoločnosť, A. X, XXX XX B. - C., IČO: 31 701 914 zast. JUDr. Peter Frajt, advokát, s.r.o., Garbiarska 5, 040 01 Košice, IČO: 47 240 369 proti žalovanému: D. E., nar. XX.XX.XXXX, E. XX, XXX XX B. – F. G. o zaplatenie 60,90 € s príslušenstvom, takto rozhodol: Konanie z a s t a v u j e. odôvodnenie: 1. Súd výzvou zo dňa 24.04.2024 vyzval žalobcu na zaplatenie súdneho poplatku za žalobu vo výške 25,00 € v lehote 10 dní odo dňa doručenia. Zároveň súd žalobcu poučil, že ak nebude poplatok v určenej lehote zaplatený, súd konanie zastaví. 2. Výzva bola žalobcovi doručená dňa 25.04.2024. Žalobca súdny poplatok v stanovenej lehote neuhradil. 3. Podľa § 5 ods. 1 písm. a) zákona č. 71/1992 Zb. o súdnych poplatkoch a poplatku za výpis z registra trestov v platnom znení (zákon o súdnych poplatkoch),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4. Podľa § 10 ods. 1 veta prvá a druhá zákona č. 71/1992 Zb. o súdnych poplatkoch, ak nebol zaplatený poplatok splatný podaním žaloby, návrhu na začatie konania, dovolania alebo kasačnej sťažnosti, súd podľa § 9 vyzve poplatníka, aby poplatok zaplatil v lehote, ktorú určí, spravidla v lehote desiatich dní od doručenia výzvy; ak aj napriek výzve poplatok nebol zaplatený v lehote, súd konanie zastaví. O následkoch nezaplatenia poplatku musí byť poplatník vo výzve poučený. 5. Podľa § 14 ods. 1 zákona č. 71/1992 Zb. o súdnych poplatkoch, ak tento zákon neustanovuje inak, na konanie vo veciach poplatkov sa primerane použijú ustanovenia Civilného sporového poriadku okrem § 357 písm. a). 6. Podľa § 14 ods. 4 zákona č. 71/1992 Zb. o súdnych poplatkoch, v konaní podľa tohto zákona koná a rozhoduje vyšší súdny úradník vrátane rozhodovania o zastavení konania. Sudca v konaní koná a rozhoduje o sťažnostiach proti rozhodnutiam vyššieho súdneho úradníka. Ak sa sťažnosti vyhovie v plnom rozsahu, rozhodnutie nemusí obsahovať odôvodnenie. 7. V danom prípade bol žalobca výzvou zo dňa 24.04.2024 vyzvaný na zaplatenie súdneho poplatku za žalobu vo výške 25,00 € v lehote 10 dní od doručenia výzvy. Keďže súdny poplatok po doručení výzvy</w:t>
      </w:r>
    </w:p>
    <w:p>
      <w:r>
        <w:t>žalobcovi dňa 25.04.2024 nebol v stanovenej lehote 10 dní zaplatený, súd toto konanie podľa § 10 ods. 1 v spojení s § 14 ods. 4 zákona č. 71/1992 Zb. o súdnych poplatkoch zastavil. 8. V závere súd uvádza, že rozhodnutie o náhrade trov konania nie je potrebné, pretože ide o vzťah štátu a poplatníka (spravidla žalobcu). Uznesenie o zastavení konania sa protistrane ani nedoručuje, preto nie je potrebné rozhodovať o vzájomnom vzťahu strán, pokiaľ ide o náhradu trov konania. Vzhľadom na uvedené súd o trovách konania preto nerozhodoval. Poučenie: Poučenie: Proti tomuto uzneseniu je prípustná sťažnosť v lehote do 15 dní odo dňa jeho doručenia na Mestský súd Košice (§ 239 ods.1, § 242 Civilného sporového poriadku). Podľa § 239 ods. 2 Civilného sporového poriadku : Sťažnosť len proti dôvodom uznesenia nie je prípustná. Podľa § 240 Civilného sporového poriadku : Sťažnosť môže podať ten, v koho neprospech bolo uznesenie vydané. Podľa § 243 Civilného sporového poriadku : V sťažnosti sa popri všeobecných náležitostiach podania uvedie, proti ktorému uzneseniu smeruje, v čom sa postup alebo uznesenie súdu považuje za nesprávne a čoho sa sťažovateľ domáha. Podľa § 244 Civilného sporového poriadku : Rozsah, v akom sa uznesenie napáda, môže sťažovateľ rozšíriť len do uplynutia lehoty na podanie sťažnosti. Podľa § 14 ods. 3 zákona o súdnych poplatkoch : V sťažnosti proti rozhodnutiu o zastavení súdneho konania pre nezaplatenie súdneho poplatku nemožno namietať skutočnosti, ktoré nastali po uplynutí lehoty na zaplatenie súdneho poplatku.</w:t>
      </w:r>
    </w:p>
    <w:p/>
    <w:p>
      <w:r>
        <w:t>Zdroj: KAUZIS.SK – https://www.kauzis.sk/judikatura/r/ECLI:SK:MSKE:2024:7124207648.1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