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5Nds/18/2012 z 30. 7. 2012</w:t>
      </w:r>
    </w:p>
    <w:p>
      <w:r>
        <w:t>Uznesenie Najvyššieho súdu SR z 30. júla 2012, sp. zn. 5Nds/18/2012, ECLI:SK:NSSR:2012:1012200436.1</w:t>
      </w:r>
    </w:p>
    <w:p>
      <w:r>
        <w:t>Súd: Najvyšší súd</w:t>
      </w:r>
    </w:p>
    <w:p>
      <w:r>
        <w:t>Spisová značka: 5Nds/18/2012</w:t>
      </w:r>
    </w:p>
    <w:p>
      <w:r>
        <w:t>ECLI: ECLI:SK:NSSR:2012:1012200436.1</w:t>
      </w:r>
    </w:p>
    <w:p>
      <w:r>
        <w:t>Dátum vydania: 30. 7.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5Nds/18/2012 Identifikačné číslo súdneho spisu: 1012200436 Dátum vydania rozhodnutia: 31. 07. 2012 Meno a priezvisko sudcu, VSÚ: JUDr. Jana Baricová ECLI: ECLI:SK:NSSR:2012:1012200436.1 Uznesenie Najvyšší súd Slovenskej republiky v právnej veci žalobcu H., so sídlom XXXX Ózd, Jászi. O. u. X, IČO: Cg.XX-XX-XXXXXX, Maďarská republika, zastúpeného JUDr. Ladislavom Csákóm, advokátom, so sídlom Rožňava, Hviezdoslavova č. 4, proti žalovanej Sociálnej poisťovni - ústredie v Bratislave, so sídlom Bratislava, Ul. 29. augusta č. 8, o preskúmanie zákonnosti rozhodnutia žalovanej z 25. januára 2012, sp. zn. 11263-2/2012-BA, o návrhu Krajského súdu v Bratislave na určenie miestnej príslušnosti, takto r o z h o d o l : Najvyšší súd Slovenskej republiky podľa § 11 ods. 3 Občianskeho súdneho poriadku u r č u j e , že na prejednanie a rozhodnutie veci je miestne príslušný Krajský súd v Nitre. o d ô v o d n e n i e : Krajský súd v Bratislave predložil vec Najvyššiemu súdu Slovenskej republiky na rozhodnutie podľa § 11 ods. 3 Občianskeho súdneho poriadku (ďalej len „OSP“), nakoľko žalobca, ktorý má sídlo v zahraničí, navrhuje preskúmať zákonnosť rozhodnutia správneho orgánu s pôsobnosťou pre celé územie Slovenskej republiky, ktorý však nie je ministerstvom ani nepatrí medzi ostatné ústredné orgány štátnej správy a keďže podľa § 246a ods. 1 OSP na konanie je miestne príslušný krajský súd v obvode sídla žalobcu a žalobca na území Slovenskej republiky sídlo nemá. Najvyšší súd Slovenskej republiky preto zohľadniac zásadu hospodárnosti konania určil podľa § 11 ods. 3 OSP, že na prejednanie a rozhodnutie veci je miestne príslušný Krajský súd v Nitre, v obvode ktorého je sídlo prvostupňového správneho orgánu a ktorý v minulosti už obdobné veci prejednával. Poučenie: Proti tomuto uzneseniu n i e j e prípustný opravný prostriedok.</w:t>
      </w:r>
    </w:p>
    <w:p/>
    <w:p>
      <w:r>
        <w:t>Zdroj: KAUZIS.SK – https://www.kauzis.sk/judikatura/r/ECLI:SK:NSSR:2012:1012200436.1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