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5Nds/8/2012 z 17. 5. 2012</w:t>
      </w:r>
    </w:p>
    <w:p>
      <w:r>
        <w:t>Uznesenie Najvyššieho súdu SR z 17. mája 2012, sp. zn. 5Nds/8/2012, ECLI:SK:NSSR:2012:1012200530.1</w:t>
      </w:r>
    </w:p>
    <w:p>
      <w:r>
        <w:t>Súd: Najvyšší súd</w:t>
      </w:r>
    </w:p>
    <w:p>
      <w:r>
        <w:t>Spisová značka: 5Nds/8/2012</w:t>
      </w:r>
    </w:p>
    <w:p>
      <w:r>
        <w:t>ECLI: ECLI:SK:NSSR:2012:1012200530.1</w:t>
      </w:r>
    </w:p>
    <w:p>
      <w:r>
        <w:t>Dátum vydania: 17. 5. 2012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Najvyšší súd Spisová značka: 5Nds/8/2012 Identifikačné číslo súdneho spisu: 1012200530 Dátum vydania rozhodnutia: 18. 05. 2012 Meno a priezvisko sudcu, VSÚ: JUDr. Jana Baricová ECLI: ECLI:SK:NSSR:2012:1012200530.1 Uznesenie Najvyšší súd Slovenskej republiky v právnej veci žalobcu G., so sídlom XXXX R., IČO: U., Maďarská republika, zastúpeného JUDr. Ladislavom Csákóm, advokátom, so sídlom Rožňava, Hviezdoslavova č. 4, proti žalovanej Sociálnej poisťovni - ústredie Bratislava, so sídlom Bratislava, ul. 29. augusta č. 8, o preskúmanie zákonnosti rozhodnutia žalovanej z 03. februára 2012, sp. zn. 10873-2/2012-BA, o návrhu Krajského súdu v Bratislave na určenie miestnej príslušnosti, takto r o z h o d o l : Najvyšší súd Slovenskej republiky podľa § 11 ods. 3 OSP u r č u j e , že na prejednanie a rozhodnutie veci je miestne p r í s l u š n ý Krajský súd v Nitre. o d ô v o d n e n i e : Najvyšší súd Slovenskej republiky určuje podľa § 11 ods. 3 OSP, že na prejednanie a rozhodnutie veci je miestne príslušný Krajský súd v Nitre. Poučenie: Proti tomuto uzneseniu n i e j e prípustný opravný prostriedok.</w:t>
      </w:r>
    </w:p>
    <w:p/>
    <w:p>
      <w:r>
        <w:t>Zdroj: KAUZIS.SK – https://www.kauzis.sk/judikatura/r/ECLI:SK:NSSR:2012:1012200530.1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