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9So/98/2012 z 27. 11. 2012</w:t>
      </w:r>
    </w:p>
    <w:p>
      <w:r>
        <w:t>Uznesenie Najvyššieho súdu SR z 27. novembra 2012, sp. zn. 9So/98/2012, ECLI:SK:NSSR:2012:4012200306.2</w:t>
      </w:r>
    </w:p>
    <w:p>
      <w:r>
        <w:t>Súd: Najvyšší súd</w:t>
      </w:r>
    </w:p>
    <w:p>
      <w:r>
        <w:t>Spisová značka: 9So/98/2012</w:t>
      </w:r>
    </w:p>
    <w:p>
      <w:r>
        <w:t>ECLI: ECLI:SK:NSSR:2012:4012200306.2</w:t>
      </w:r>
    </w:p>
    <w:p>
      <w:r>
        <w:t>Dátum vydania: 27. 11. 2012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9So/98/2012 Identifikačné číslo súdneho spisu: 4012200306 Dátum vydania rozhodnutia: 28. 11. 2012 Meno a priezvisko sudcu, VSÚ: JUDr. Ľubica Filová ECLI: ECLI:SK:NSSR:2012:4012200306.2 Uznesenie Najvyšší súd Slovenskej republiky v právnej veci navrhovateľa J. H., bytom B., B., proti odporkyni Sociálnej poisťovni, ústrediu, Bratislava, Ul. 29. augusta č. 8, o preskúmanie zákonnosti RDI- likvidačného predpisu z 10. mája 2006, o odvolaní navrhovateľa proti uzneseniu Krajského súdu v Nitre z 22. mája 2012, č. k. 23Sd/121/2012-13, takto r o z h o d o l : Najvyšší súd Slovenskej republiky uznesenie Krajského súdu v Nitre z 22. mája 2012, č. k. 23Sd/121/2012-13, p o t v r d z u j e . o d ô v o d n e n i e : Krajský súd v Nitre uznesením z 22. mája 2012, č. k. 23Sd/121/2012-13 zastavil konanie o návrhu na preskúmanie RDI z 10. mája 2006, číslo XXX XXX XXX-12-12-05. V odôvodnení uviedol, že súdne konanie bolo začaté na základe podania navrhovateľa, označeného ako „odvolanie proti RDI- likvidačnému predpisu rodné číslo XXX XXX XXX-12-12-05, ktorý mal byť napísaný 10. mája 2006“. Krajský súd pri skúmaní podmienok konania mal za preukázané, že preskúmania toho istého RDI z 10. mája 2006, číslo XXX XXX XXX, ku ktorému sám navrhovateľ pripojil číslo „-12-12-05“, sa navrhovateľ domáhal už návrhom, o ktorom Krajský súd v Nitre koná pod sp. zn. 28S/1/2007 a uvedené konanie doteraz nie je právoplatne skončené. Začatie uvedeného konania bráni tomu, aby o tej istej veci prebiehalo na súde iné konanie (§ 83 OSP), preto krajský súd rozhodol o zastavení konania, vedeného pod sp. zn. 23Sd/121/2012. Navrhovateľ včas podaným odvolaním napadol uznesenie krajského súdu z dôvodu, že ho považuje za zmätočné, zaujaté a účelové. Najvyšší súd Slovenskej republiky ako súd odvolací podľa § 10 ods. 2 OSP preskúmal napadnuté uznesenie a dospel k záveru, že odvolaniu navrhovateľa nemožno vyhovieť. Z návrhu na začatie konania, podaného osobne 17. mája 2012 a označeného ako 209. odvolanie, vyplýva, že navrhovateľ sa domáha preskúmania údajného rozhodnutia odporkyne, za ktoré považuje záznam odporkyne z 10. mája 2006 - RDI. Totožné návrhy na začatie konania o preskúmanie RDI z 10. mája 2006 navrhovateľ podal opakovane, z ktorých prvý, podaný na krajskom súde osobne 2. januára 2007 o 8.15 hodine, bol na krajskom súde zapísaný pod sp. zn. 28S/1/2007 a konanie o ňom doposiaľ nie je skončené. Konanie o totožnom návrhu, ktoré doteraz nie je skončené, bráni podľa § 83 OSP tomu, aby o ďalšom (tom istom) návrhu súd konal v inom, neskôr začatom konaní. Pokiaľ teda krajský súd konanie o 209. odvolaní zastavil, rozhodol v súlade s § 104 ods. 1 OSP, a preto odvolací súd toto uznesenie ako vecne správne potvrdil podľa § 219 OSP. Poučenie: Proti tomuto uzneseniu nie je prípustný opravný prostriedok.</w:t>
      </w:r>
    </w:p>
    <w:p/>
    <w:p>
      <w:r>
        <w:t>Zdroj: KAUZIS.SK – https://www.kauzis.sk/judikatura/r/ECLI:SK:NSSR:2012:4012200306.2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