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1Sžz/7/2012 z 12. 11. 2012</w:t>
      </w:r>
    </w:p>
    <w:p>
      <w:r>
        <w:t>Uznesenie Najvyššieho súdu SR z 12. novembra 2012, sp. zn. 1Sžz/7/2012, ECLI:SK:NSSR:2012:9012010160.2</w:t>
      </w:r>
    </w:p>
    <w:p>
      <w:r>
        <w:t>Súd: Najvyšší súd</w:t>
      </w:r>
    </w:p>
    <w:p>
      <w:r>
        <w:t>Spisová značka: 1Sžz/7/2012</w:t>
      </w:r>
    </w:p>
    <w:p>
      <w:r>
        <w:t>ECLI: ECLI:SK:NSSR:2012:9012010160.2</w:t>
      </w:r>
    </w:p>
    <w:p>
      <w:r>
        <w:t>Dátum vydania: 12.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1Sžz/7/2012 Identifikačné číslo súdneho spisu: 9012010160 Dátum vydania rozhodnutia: 13. 11. 2012 Meno a priezvisko sudcu, VSÚ: JUDr. Igor Belko ECLI: ECLI:SK:NSSR:2012:9012010160.2 Uznesenie Najvyšší súd Slovenskej republiky v právnej veci navrhovateľa: F. R. P., nar. XX.XX.XXXX, štátna príslušnosť Ruská federácia, t. č. Útvar policajného zaistenia pre cudzincov Sečovce, zastúpeného Advokátskou kanceláriou Škamla, s.r.o., Makovického 15, Žilina, proti odporcovi: Ministerstvo vnútra Slovenskej republiky, so sídlom Pribinova 2, Bratislava, v konaní o ochrane pred nezákonným zásahom orgánu verejnej správy, o trovách konania takto r o z h o d o l : Najvyšší súd Slovenskej republiky náhradu trov konania navrhovateľovi nepriznáva. o d ô v o d n e n i e : Najvyšší súd Slovenskej republiky rozsudkom spis. zn. 1Sžz/7/2012 zo dňa 29. októbra 2012, rozhodol o uložení povinnosti odporcovi prepustiť navrhovateľa zo zaistenia. V deň rozhodnutia podľa § 151 ods. 3 OSP o trovách konania nerozhodol. Pri rozhodovaní o náhrade trov konania vychádzal najvyšší súd z § 250v ods. 5 OSP, podľa ustanovenia ktorého, navrhovateľ má právo na náhradu trov konania, ak súd návrhu vyhovel. V danom prípade však najvyšší súd jednomyseľne (§ 3 ods. 9 zák. č. 757/2004 Z.z.) dospel k záveru, že úspešnému navrhovateľovi nebolo možné priznať náhradu trov konania, pretože si trovy právneho zastúpenia neuplatnil a ani ich nevyčíslil v zákonnej lehote v súlade s § 151 ods. 1 OSP. Poučenie: Proti tomuto uzneseniu nie je prípustný opravný prostriedok.</w:t>
      </w:r>
    </w:p>
    <w:p/>
    <w:p>
      <w:r>
        <w:t>Zdroj: KAUZIS.SK – https://www.kauzis.sk/judikatura/r/ECLI:SK:NSSR:2012:9012010160.2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