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2Sdo/21/2014 z 23. 9. 2014</w:t>
      </w:r>
    </w:p>
    <w:p>
      <w:r>
        <w:t>Uznesenie Najvyššieho súdu SR z 23. septembra 2014, sp. zn. 2Sdo/21/2014, ECLI:SK:NSSR:2014:1012201759.2</w:t>
      </w:r>
    </w:p>
    <w:p>
      <w:r>
        <w:t>Súd: Najvyšší súd</w:t>
      </w:r>
    </w:p>
    <w:p>
      <w:r>
        <w:t>Spisová značka: 2Sdo/21/2014</w:t>
      </w:r>
    </w:p>
    <w:p>
      <w:r>
        <w:t>ECLI: ECLI:SK:NSSR:2014:1012201759.2</w:t>
      </w:r>
    </w:p>
    <w:p>
      <w:r>
        <w:t>Dátum vydania: 23. 9.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2Sdo/21/2014 Identifikačné číslo súdneho spisu: 1012201759 Dátum vydania rozhodnutia: 24. 09. 2014 Meno a priezvisko sudcu, VSÚ: JUDr. Alena Poláčková ECLI: ECLI:SK:NSSR:2014:1012201759.2 Uznesenie Najvyšší súd Slovenskej republiky v právnej veci žalobcu: obchodnej spoločnosti DUO CENTER Slovakia, s.r.o., so sídlom Pribinova 23, Bratislava, IČO: 35 832 126, proti žalovanému: 1/ Okresný úrad v Bratislave, so sídlom Lamačská cesta 8, Bratislava, 2/ Mestská časť Bratislava- Petržalka, so sídlom Kutlíkova 17, Bratislava, o preskúmanie zákonnosti rozhodnutí č. UKSP- 16465-SQ/09,10-Ko/5-P4 z 21. januára 2010 a č. UKSP-15881-AQ/09,10-Ko/6-P5 z 21. januára 2010, o dovolaní žalobkyne proti uzneseniu Najvyššieho súdu Slovenskej republiky sp. zn. 6Sžp/16-17/2013 z 18. júna 2014 takto r o z h o d o l : Najvyšší súd Slovenskej republiky dovolacie konanie z a s t a v u j e . Žiaden z účastníkov n e m á p r á v o na náhradu trov dovolacieho konania. o d ô v o d n e n i e : Najvyšší súd Slovenskej republiky uznesením sp.zn. 6Sžp/16-17/2013 z 18. júna 2014 potvrdil uznesenie Krajského súdu v Bratislave č.k. 6S/25/2012-26, 6S/247/2012 z 23. novembra 2012. Uznesenie Najvyššieho súdu Slovenskej republiky sp.zn. 6Sžp/16-17/2013 z 18. júna 2014 nadobudlo právoplatnosť dňom 10.07.2014. Bolo ním právoplatne ukončené súdne konanie o preskúmanie zákonnosti rozhodnutí a postupu správnych orgánov podľa Piatej časti OSP - Správne súdnictvo. Proti uvedenému uzneseniu najvyššieho súdu podal žalobca dovolanie doručené súdu 13. augusta 2014. Najvyšší súd Slovenskej republiky prejednal podanie, označené ako dovolanie a dospel k záveru, že konanie o ňom treba zastaviť z nasledovných dôvodov: Pre riešenie otázok, ktoré nie sú upravené v Piatej časti OSP sa primerane použijú ustanovenia prvej, tretej a štvrtej časti tohto zákona; opravný prostriedok je v konaní podľa Piatej časti OSP prípustný len vtedy, ak je to v tejto časti ustanovené (§ 246c ods. 1, prvá a druhá veta OSP). Proti rozhodnutiu Najvyššieho súdu Slovenskej republiky opravný prostriedok nie je prípustný (246c ods. 1 tretia veta OSP). Opravným prostriedkom je aj dovolanie. Zo žiadneho ustanovenia Piatej časti OSP - Správne súdnictvo - nevyplýva prípustnosť dovolania proti rozhodnutiu súdu v správnom súdnictve. To znamená, že najvyšší súd v správnom súdnictve nie je dovolacím súdom. Neprípustnosť dovolania je prekážkou ďalšieho konania v tejto veci pred najvyšším súdom. Z uvedených dôvodov Najvyšší súd Slovenskej republiky ako najvyšší správny súd podľa § 104 ods. 1 prvá veta OSP konanie o dovolaní zastavil (ide o nedostatok podmienky konania - právomoci konať vo veci - ktorý nemožno odstrániť). O náhrade trov konania bolo rozhodnuté podľa § 146 ods. 1 písm. c/ v spojení s § 246c ods. 1 prvá veta OSP tak, že žiaden z účastníkov nemá právo na náhradu trov dovolacieho konania, keď bolo dovolacie konanie zastavené. Poučenie: Proti tomuto rozhodnutiu nie je prípustný riadny opravný prostriedok.</w:t>
      </w:r>
    </w:p>
    <w:p/>
    <w:p>
      <w:r>
        <w:t>Zdroj: KAUZIS.SK – https://www.kauzis.sk/judikatura/r/ECLI:SK:NSSR:2014:1012201759.2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