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10Nds/51/2014 z 17. 6. 2014</w:t>
      </w:r>
    </w:p>
    <w:p>
      <w:r>
        <w:t>Uznesenie Najvyššieho súdu SR z 17. júna 2014, sp. zn. 10Nds/51/2014, ECLI:SK:NSSR:2014:2013200728.1</w:t>
      </w:r>
    </w:p>
    <w:p>
      <w:r>
        <w:t>Súd: Najvyšší súd</w:t>
      </w:r>
    </w:p>
    <w:p>
      <w:r>
        <w:t>Spisová značka: 10Nds/51/2014</w:t>
      </w:r>
    </w:p>
    <w:p>
      <w:r>
        <w:t>ECLI: ECLI:SK:NSSR:2014:2013200728.1</w:t>
      </w:r>
    </w:p>
    <w:p>
      <w:r>
        <w:t>Dátum vydania: 17. 6.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10Nds/51/2014 Identifikačné číslo súdneho spisu: 2013200728 Dátum vydania rozhodnutia: 18. 06. 2014 Meno a priezvisko sudcu, VSÚ: JUDr. Zuzana Ďurišová ECLI: ECLI:SK:NSSR:2014:2013200728.1 Uznesenie Najvyšší súd Slovenskej republiky v právnej veci žalobcu: V. M. D., nar. XX.XX.XXXX, T., Poľská republika, zastúpený V4 Legal, s.r.o., IČO: 36 858 820, Tvrdého č. 783/4, Žilina, proti žalovanému: Sociálna poisťovňa, ústredie, Ul. 29. augusta 10, Bratislava, o preskúmanie zákonnosti rozhodnutia žalovaného č. 7405-3/2013-BA zo dňa 20.08.2013, o nesúhlase Krajského súdu v Bratislave s postúpením veci z Krajského súdu v Trnave, takto jednomyseľne r o z h o d o l : Nesúhlas Krajského súdu v Bratislave s postúpením veci j e d ô v o d n ý . Najvyšší súd Slovenskej republiky u r č u j e, že vec prejedná a rozhodne Krajský súd v Trnave. o d ô v o d n e n i e : Žalobca sa žalobou zo dňa 24.10.2013, doručenou Krajskému súdu v Trnave dňa 25.10.2013, domáhal preskúmania zákonnosti rozhodnutia žalovaného č. 7405-3/2013-BA zo dňa 20.08.2013. Krajský súd v Trnave uznesením č. k. 14S/125/2013-33 zo dňa 03.03.2014 postúpil vec podľa § 250d ods. 2 zákona č. 99/1963 Zb. Občiansky súdny poriadok, v znení neskorších predpisov (ďalej len „O. s. p.“), Krajskému súdu v Bratislave ako súdu, v obvode ktorého má sídlo správny orgán, ktorého rozhodnutie a postup sa má preskúmať. Vzhľadom na nesúhlas s postúpením a doručené námietky s postúpením aj zo strany žalobcu predložil Krajský súd v Bratislave vec Najvyššiemu súdu Slovenskej republiky na rozhodnutie podľa § 105 ods. 3 O. s. p. Poukázal na to, že žalovaný je orgánom s pôsobnosťou pre celé územie Slovenskej republiky, nie je však ústredným orgánom štátnej správy, a preto je miestne príslušným krajský súd, v ktorého obvode je všeobecný súd žalobcu, avšak podmienky miestnej príslušnosti chýbajú alebo ich nemožno zistiť s poukazom na § 246a ods. 1 O. s. p., nakoľko žalobca - občan Poľskej republiky nemá v Slovenskej republike všeobecný súd (§ 85, 85a O. s. p.). Najvyšší súd Slovenskej republiky, ako súd príslušný na rozhodovanie o miestnej príslušnosti (§ 246c ods. 1 veta prvá O. s. p. a § 105 ods. 3 O. s. p.), dospel po prejednaní veci k záveru, že nesúhlas Krajského súdu v Bratislave s postúpením veci je dôvodný. V správnom súdnictve preskúmavajú súdy na základe žalôb alebo opravných prostriedkov zákonnosť rozhodnutí a postupu orgánov verejnej správy. (§ 244 ods. 1 O. s p.) Konanie sa uskutočňuje na tom súde, ktorý je vecne a miestne príslušný. Príslušnosť sa určuje podľa okolností, ktoré tu sú v čase začatia konania a trvá až do jeho skončenia. (§ 11 ods. 1 O. s. p. v spojení s § 246c ods. 1 veta prvá O. s. p.) Na preskúmavanie rozhodnutí a postupu sú vecne príslušné krajské súdy, ak zákon neustanovuje inak. (§ 246 ods. 1 OSP) Miestne príslušným je súd, v ktorého obvode má sídlo správny orgán, ktorého rozhodnutie a postup sa preskúmava, ak nie je ustanovené inak. Ak ide o rozhodnutie orgánu s pôsobnosťou pre celé územie Slovenskej republiky, okrem ústredných orgánov štátnej správy, miestne príslušným je krajský súd, v ktorého obvode je všeobecný súd navrhovateľa. (§ 246a ods. 1 O. s. p.) Všeobecným súdom občana je súd, v obvode ktorého má občan bydlisko, a ak nemá bydlisko, súd, v obvode ktorého sa zdržuje. (§ 85 ods. 1 O. s. p.) Z vyššie uvedených ustanovení Občianskeho súdneho poriadku vyplýva, že pri rozhodovaní o žalobách podľa druhej hlavy piatej časti Občianskeho súdneho poriadku je miestne príslušným na prejednanie veci a jej rozhodnutie, ak ide o rozhodnutie orgánu s pôsobnosťou pre celé územie Slovenskej republiky, krajský súd, v obvode ktorého je všeobecný súd žalobcu (okrem ústredných orgánov štátnej správy). Keďže žalobca je občan Poľskej republiky a zo spisu nevyplýva, že by mal bydlisko alebo sa zdržiaval na území Slovenskej republiky, Najvyšší súd Slovenskej republiky sa stotožnil s názorom Krajského súdu v Bratislave, že v danom prípade podmienky miestnej príslušnosti chýbajú. Z uvedených dôvodov senát Najvyššieho súdu Slovenskej republiky v zmysle § 105 ods. 3 veta druhá O. s. p. v spojení s § 246c ods. 1 veta prvá O. s. p. rozhodol, že nesúhlas Krajského súdu v Bratislave s postúpením veci je dôvodný a v zmysle § 246c ods. 1 veta prvá O. s. p. v spojení s § 11 ods. 3 O. s. p. určil, že na prejednanie a rozhodnutie v danej veci je príslušným Krajský súd v Trnave. Najvyšší súd Slovenskej republiky zvolil uvedený krajský súd z toho dôvodu, že sídlo zamestnávateľa žalobcu (Adam Bocheński - PROJEKT PLUS, IČO: 45681848) sa nachádzalo v Sobotišti (Okres Senica). Poučenie: Proti tomuto uzneseniu nie je prípustný opravný prostriedok.</w:t>
      </w:r>
    </w:p>
    <w:p/>
    <w:p>
      <w:r>
        <w:t>Zdroj: KAUZIS.SK – https://www.kauzis.sk/judikatura/r/ECLI:SK:NSSR:2014:2013200728.1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