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7Sžr/121/2014 z 29. 4. 2015</w:t>
      </w:r>
    </w:p>
    <w:p>
      <w:r>
        <w:t>Uznesenie Najvyššieho súdu SR z 29. apríla 2015, sp. zn. 7Sžr/121/2014, ECLI:SK:NSSR:2015:2014200167.1</w:t>
      </w:r>
    </w:p>
    <w:p>
      <w:r>
        <w:t>Súd: Najvyšší súd</w:t>
      </w:r>
    </w:p>
    <w:p>
      <w:r>
        <w:t>Spisová značka: 7Sžr/121/2014</w:t>
      </w:r>
    </w:p>
    <w:p>
      <w:r>
        <w:t>ECLI: ECLI:SK:NSSR:2015:2014200167.1</w:t>
      </w:r>
    </w:p>
    <w:p>
      <w:r>
        <w:t>Dátum vydania: 29. 4.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7Sžr/121/2014 Identifikačné číslo súdneho spisu: 2014200167 Dátum vydania rozhodnutia: 30. 04. 2015 Meno a priezvisko sudcu, VSÚ: JUDr. Zdenka Reisenauerová ECLI: ECLI:SK:NSSR:2015:2014200167.1 Uznesenie Najvyšší súd Slovenskej republiky v právnej veci navrhovateľa: Pohotovosť, s.r.o., IČO: 35 807 598, so sídlom v Bratislave, Pribinova ul. č. 25, proti odporcovi: Okresný úrad Dunajská Streda, Agátová 7, Dunajská Streda, za účasti účastníka správneho konania: F., bytom Y. XXX/XX, v konaní o preskúmanie zákonnosti postupu a rozhodnutia odporcu zo dňa 12. decembra 2013, číslo V 5659-02, o odvolaní navrhovateľa proti rozsudku Krajského súdu v Trnave, č.k. 43Sp/16/2014-27 zo dňa 2. septembra 2014, takto r o z h o d o l : Najvyšší súd Slovenskej republiky odvolacie konanie z a s t a v u j e . Žiaden z účastníkov nemá právo na náhradu trov odvolacieho konania. o d ô v o d n e n i e : Krajský súd v Trnave rozsudkom č.k. 43Sp/16/2014-27 z 2. septembra 2014, potvrdil rozhodnutie odporcu zo dňa 12. decembra 2013, číslo V 5659-02. Náhradu trov konania navrhovateľovi nepriznal a súčasne ho zaviazal k povinnosti zaplatiť na účet Krajského súdu v Trnave súdny poplatok v sume 35,00 €, do 3 dní odo dňa právoplatnosti tohto rozsudku. Z odôvodnenia uvedeného rozhodnutia vyplýva, že krajský súd po preskúmaní veci dospel k záveru, že rozhodnutie odporcu napadnuté opravným prostriedkom bolo vydané v súlade so zákonom. Rozhodnutie o náhrade trov konania krajský súd odôvodnil v zmysle ustanovenia § 250k ods. 1 OSP, s použitím ustanovenia § 250l ods. 2 OSP, neúspechom navrhovateľa v konaní. Neúspešného navrhovateľa zaviazal k povinnosti zaplatiť súdny poplatok podľa ustanovenia § 2 ods. 4 zákona č. 71/1992 Zb. Proti uvedenému rozhodnutiu krajského súdu podal navrhovateľ v zákonnej lehote odvolanie. Navrhoval, aby odvolací súd napadnuté rozhodnutie súdu prvého stupňa zmenil tak, že preskúmavané rozhodnutie správneho orgánu Okresného úradu Dunajskej Strede, katastrálny odbor, zruší a vec mu vráti na ďalšie konanie. Uplatnil si náhradu trov konania. Navrhovateľ v priebehu odvolacieho konania pred rozhodnutím odvolacieho súdu, písomným podaním doručeným súdu dňa 23.01.2015, zobral svoje odvolanie v celom rozsahu späť a žiadal, aby odvolací súd konanie zastavil a žiadnemu z účastníkov nepriznal právo na náhradu trov konania. Podľa ust. § 244 ods. 1 O.s.p., v správnom súdnictve preskúmavajú súdy na základe žalôb alebo opravných prostriedkov zákonnosť rozhodnutí a postupov orgánov verejnej správy. Podľa ust.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207 ods. 2, 3 O.s.p., dokiaľ o odvolaní nebolo rozhodnuté, možno ho vziať späť. Ak niekto vzal odvolanie späť, nemôže ho podať znova. Ak sa odvolanie, o ktorom nebolo rozhodnuté, vzalo späť, odvolací súd odvolacie konanie zastaví. Najvyšší súd Slovenskej republiky zo spisového materiálu v danej veci zistil, že navrhovateľ vzal odvolanie podané proti rozsudku súdu prvého stupňa späť pred tým, ako o ňom rozhodol odvolací súd, z ktorých dôvodov Najvyšší súd Slovenskej republiky ako súd odvolací v zmysle § 246c ods. 1 O.s.p., v spojení s § 10 ods. 2, podľa § 246 ods. l, v spojení s § 207 ods. 3, odvolacie konanie zastavil. O náhrade trov odvolacieho konania odvolací súd rozhodol podľa ustanovenia § 246c O.s.p., v spojení s § 224 ods. 1 a § 146 ods. 1 písm. c). Vyslovil, že žiaden z účastníkov nemá právo na náhradu trov odvolacieho konania, pretože odvolacie konanie bolo zastavené a u žiadneho z účastníkov nezistil zákonný nárok na ich náhradu. Toto rozhodnutie prijal Najvyšší súd Slovenskej republiky v senáte pomerom hlasov 3:0 (§ 3 ods. 9 zákona č. 757/2004 Z.z. o súdoch a o zmene a doplnení niektorých zákonov v znení účinnom od 01.05.2011). Poučenie: Proti tomuto uzneseniu nie je prípustný opravný prostriedok.</w:t>
      </w:r>
    </w:p>
    <w:p/>
    <w:p>
      <w:r>
        <w:t>Zdroj: KAUZIS.SK – https://www.kauzis.sk/judikatura/r/ECLI:SK:NSSR:2015:2014200167.1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