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10So/118/2014 z 24. 3. 2015</w:t>
      </w:r>
    </w:p>
    <w:p>
      <w:r>
        <w:t>Uznesenie Najvyššieho súdu SR z 24. marca 2015, sp. zn. 10So/118/2014, ECLI:SK:NSSR:2015:2014200344.1</w:t>
      </w:r>
    </w:p>
    <w:p>
      <w:r>
        <w:t>Súd: Najvyšší súd</w:t>
      </w:r>
    </w:p>
    <w:p>
      <w:r>
        <w:t>Spisová značka: 10So/118/2014</w:t>
      </w:r>
    </w:p>
    <w:p>
      <w:r>
        <w:t>ECLI: ECLI:SK:NSSR:2015:2014200344.1</w:t>
      </w:r>
    </w:p>
    <w:p>
      <w:r>
        <w:t>Dátum vydania: 24. 3. 2015</w:t>
      </w:r>
    </w:p>
    <w:p>
      <w:r>
        <w:t>Forma: Uznesenie</w:t>
      </w:r>
    </w:p>
    <w:p>
      <w:r>
        <w:t>Oblasť práva: Správne právo</w:t>
      </w:r>
    </w:p>
    <w:p>
      <w:pPr>
        <w:pStyle w:val="Heading2"/>
      </w:pPr>
      <w:r>
        <w:t>Text rozhodnutia</w:t>
      </w:r>
    </w:p>
    <w:p>
      <w:r>
        <w:t>Súd: Najvyšší súd Spisová značka: 10So/118/2014 Identifikačné číslo súdneho spisu: 2014200344 Dátum vydania rozhodnutia: 25. 03. 2015 Meno a priezvisko sudcu, VSÚ: JUDr. Jana Henčeková ECLI: ECLI:SK:NSSR:2015:2014200344.1 Uznesenie Najvyšší súd Slovenskej republiky v právnej veci navrhovateľa: R. V., nar. XX.XX.XXXX, bytom B., proti odporcovi: Sociálna poisťovňa, ústredie, Ul. 29. augusta č. 8, Bratislava, o preskúmanie zákonnosti rozhodnutia odporcu č. XXX XXX XXXX X . zo dňa 10.02.2014, na odvolanie navrhovateľa proti uzneseniu Krajského súdu v Trnave č. k. 38Sd/53/2014-16 zo dňa 02.06.2014, takto r o z h o d o l : Najvyšší súd Slovenskej republiky uznesenie Krajského súdu v Trnave č. k. 38Sd/53/2014-16 zo dňa 2. júna 2014 p o t v r d z u j e . Účastníkom náhradu trov odvolacieho konania n e p r i z n á v a . o d ô v o d n e n i e : Krajský súd v Trnave napadnutým uznesením č. k. 38Sd/53/2014-16 zo dňa 02.06.2014 opravný prostriedok navrhovateľa proti rozhodnutiu odporcu č. XXX XXX XXXX X zo dňa 10.02.2014 podľa § 250p zákona č. 99/1963 Zb. Občiansky súdny poriadok, v znení neskorších predpisov (ďalej len „O. s. p.“), odmietol z dôvodu oneskoreného podania. V rozhodnutí uviedol, že napadnuté rozhodnutie odporcu bolo navrhovateľovi doručené dňa 28.02.2014. Opravný prostriedok však navrhovateľ podal na poštovú prepravu až dňa 29.04.2014, t.j. po uplynutí lehoty. Proti uzneseniu krajského súdu podal navrhovateľ včas odvolanie. V odvolaní uviedol, že žiada o opätovné preskúmanie jeho žiadosti súdnou cestou. K dôvodu odmietnutia jeho opravného prostriedku krajským súdom (jeho oneskoreného podania) sa v podanom odvolaní nevyjadril. Odporca sa k odvolaniu navrhovateľa vyjadril prípisom zo dňa 11.07.2014, v ktorom uviedol, že navrhovateľove dôvody odvolania nepovažuje za opodstatnené a navrhol, aby odvolací súd napadnuté uznesenie krajského súdu potvrdil. Najvyšší súd Slovenskej republiky, ako súd odvolací (§ 10 ods. 2 O. s. p.), preskúmal uznesenie krajského súdu ako aj konanie, ktoré mu predchádzalo a po zistení, že odvolanie bolo podané oprávnenou osobou v zákonnej lehote (§ 204 ods. 1 O. s. p.) a ide o uznesenie, proti ktorému je podanie odvolania prípustné (§ 202 v spojení s § 250s O. s. p.), dospel jednomyseľne k záveru, že odvolaniu navrhovateľa nemožno priznať úspech. V tretej hlave piatej časti Občianskeho súdneho poriadku je upravené rozhodovanie o opravných prostriedkoch proti rozhodnutiam správnych orgánov. V § 250m ods. 1 a 2 O. s. p. je uvedené, že konanie sa začína na návrh, ktorým je opravný prostriedok proti rozhodnutiu správneho orgánu a návrh sa podáva na príslušnom súde v lehote tridsiatich dní od doručenia rozhodnutia, pokiaľ osobitný zákon neustanovuje niečo iné. Návrh je podaný včas aj vtedy, ak bol podaný v lehote na orgáne, ktorý vydal rozhodnutie a ak rozhodnutie neobsahuje poučenie o opravnom prostriedku alebo ak obsahuje nesprávne poučenie, možno ho napadnúť do šiestich mesiacov od jeho doručenia. Podľa § 250p O. s. 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Zo spisu krajského súdu odvolací súd zistil, že navrhovateľovi bolo rozhodnutie odporcu č. XXX XXX XXXX X zo dňa 10.02.2014 doručené dňa 28.02.2014 a rozhodnutie obsahovalo správne poučenie o opravnom prostriedku. Tridsaťdňová lehota na podanie opravného prostriedku začala navrhovateľovi plynúť dňom 01.03.2014 (§ 57 ods. 1 O. s. p.) a jej koniec pripadol na deň 30.03.2014 - na nedeľu t.j. posledným dňom na podanie opravného prostriedku bol pondelok 31.03.2014 (§ 57 ods. 2 posledná veta O. s. p.). Odvolanie však navrhovateľ odovzdal na poštovú prepravu až dňa 29.04.2014, teda zjavne oneskorene. Krajský súd tak rozhodol správne, keď odvolanie navrhovateľa podľa § 250p O. s. p. odmietol ako podané oneskorene. Na základe uvedeného sa odvolací súd stotožnil so záverom súdu prvého stupňa a preto napadnuté uznesenie Krajského súdu v Trnave č. k. 38Sd/53/2014-16 zo dňa 02.06.2014 podľa § 219 ods. 1 O. s. p. v spojení s § 246c ods. 1 O. s. p. ako vecne správne potvrdil. O trovách odvolacieho konania rozhodol Najvyšší súd Slovenskej republiky podľa § 142 O. s. p. v spojení s § 224 ods. 1 O. s. p. a § 246c O. s. p. tak, že účastníkom konania právo na ich náhradu nepriznal, keďže navrhovateľ nebol v konaní úspešný a odporca nemá nárok na náhradu trov zo zákona. Poučenie: Proti tomuto uzneseniu nie je prípustný opravný prostriedok.</w:t>
      </w:r>
    </w:p>
    <w:p/>
    <w:p>
      <w:r>
        <w:t>Zdroj: KAUZIS.SK – https://www.kauzis.sk/judikatura/r/ECLI:SK:NSSR:2015:2014200344.1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