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9Sžr/95/2014 z 7. 7. 2015</w:t>
      </w:r>
    </w:p>
    <w:p>
      <w:r>
        <w:t>Uznesenie Najvyššieho súdu SR z 7. júla 2015, sp. zn. 9Sžr/95/2014, ECLI:SK:NSSR:2015:6013201848.1</w:t>
      </w:r>
    </w:p>
    <w:p>
      <w:r>
        <w:t>Súd: Najvyšší súd</w:t>
      </w:r>
    </w:p>
    <w:p>
      <w:r>
        <w:t>Spisová značka: 9Sžr/95/2014</w:t>
      </w:r>
    </w:p>
    <w:p>
      <w:r>
        <w:t>ECLI: ECLI:SK:NSSR:2015:6013201848.1</w:t>
      </w:r>
    </w:p>
    <w:p>
      <w:r>
        <w:t>Dátum vydania: 7. 7.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9Sžr/95/2014 Identifikačné číslo súdneho spisu: 6013201848 Dátum vydania rozhodnutia: 08. 07. 2015 Meno a priezvisko sudcu, VSÚ: JUDr. Viera Nevedelová ECLI: ECLI:SK:NSSR:2015:6013201848.1</w:t>
      </w:r>
    </w:p>
    <w:p>
      <w:r>
        <w:t>Uznesenie Najvyšší súd Slovenskej republiky v právnej veci navrhovateľa: POHOTOVOSŤ, s.r.o., Pribinova 25, Bratislava, IČO: 35 807 598, proti odporcovi: Okresný úrad Banská Bystrica, katastrálny odbor, Banská Bystrica, ČSA č.7, za účasti: 1. W., J., 2. W. 3. W. (ako právni nástupcovia po neb. R. naposledy bytom J., o preskúmanie zákonnosti rozhodnutia odporcu č. V 1275/2013-23 zo dňa 2.10.2013, na odvolanie navrhovateľa proti rozsudku Krajského súdu v Banskej Bystrici zo 7. mája 2014, č.k. 28Sp/68/2013-28, takto</w:t>
      </w:r>
    </w:p>
    <w:p>
      <w:r>
        <w:t>r o z h o d o l :</w:t>
      </w:r>
    </w:p>
    <w:p>
      <w:r>
        <w:t>Najvyšší súd Slovenskej republiky odvolacie konanie z a s t a v u j e .</w:t>
      </w:r>
    </w:p>
    <w:p>
      <w:r>
        <w:t>Žiaden z účastníkov nemá právo na náhradu trov odvolacieho konania.</w:t>
      </w:r>
    </w:p>
    <w:p>
      <w:r>
        <w:t>o d ô v o d n e n i e :</w:t>
      </w:r>
    </w:p>
    <w:p>
      <w:r>
        <w:t>Napadnutým rozsudkom krajský súd potvrdil rozhodnutie č. V 1275/2013-23 zo dňa 2.10.2013, ktorým odporca zamietol návrh na vklad záložného práva zo zmluvy, ktorú uzavrel navrhovateľ ako záložný veriteľ a neb. R. ako záložca, zastúpený združením ProHelp - združenie občianskoprávnej pomoci, Bratislava, Povraznícka 18. Navrhovateľovi náhradu trov konania nepriznal a uložil mu povinnosť zaplatiť na účet krajského súdu súdny poplatok 35 € do troch dní od právoplatnosti rozsudku.</w:t>
      </w:r>
    </w:p>
    <w:p>
      <w:r>
        <w:t>Navrhovateľ včas podaným odvolaním namietal správnosť rozsudku krajského súdu, ktorý podľa jeho názoru nedostatočne zistil skutkový stav veci a následne vychádzal z nesprávneho právneho posúdenia veci. Navrhol, aby odvolací súd napadnutý rozsudok zmenil tak, že zruší rozhodnutie odporcu a vec mu vráti na ďalšie konanie a súčasne zaviaže odporcu k náhrade trov konania. Podaním, doručeným odvolaciemu súdu dňa 06.05.2015, navrhovateľ vzal svoje odvolanie proti rozsudku krajského súdu v celom rozsahu späť a žiadal konanie zastaviť.</w:t>
      </w:r>
    </w:p>
    <w:p>
      <w:r>
        <w:t>Podľa § 207 ods. 2, 3 Občianskeho súdneho poriadku (O.s.p.) dokiaľ o odvolaní nebolo rozhodnuté, možno ho vziať späť. Ak niekto vzal odvolanie späť, nemôže ho podať znova. Ak sa odvolanie, o ktorom nebolo rozhodnuté, vzalo späť, odvolací súd odvolacie konanie zastaví.</w:t>
      </w:r>
    </w:p>
    <w:p>
      <w:r>
        <w:t>Keďže odvolanie proti rozsudku krajského súdu bolo vzaté späť skôr, ako by o ňom odvolací súd rozhodol, Najvyšší súd Slovenskej republiky ako súd odvolací (§ 10 ods. 2 O.s.p.) v súlade s § 207 ods. 3 O.s.p. odvolacie konanie zastavil.</w:t>
      </w:r>
    </w:p>
    <w:p>
      <w:r>
        <w:t>O náhrade trov odvolacieho konania odvolací súd rozhodol tak ako je uvedené vo výroku uznesenia podľa § 224 ods.1 v spojení s § 146 ods.1 písm. c) OSP, keďže konanie bolo zastavené pre späťvzatie odvolania a odvolací súd nezistil dôvod pre postup podľa § 146 ods. 2 O.s.p.</w:t>
      </w:r>
    </w:p>
    <w:p>
      <w:r>
        <w:t>Poučenie:</w:t>
      </w:r>
    </w:p>
    <w:p>
      <w:r>
        <w:t>Proti tomuto uzneseniu nie je prípustný opravný prostriedok.</w:t>
      </w:r>
    </w:p>
    <w:p/>
    <w:p>
      <w:r>
        <w:t>Zdroj: KAUZIS.SK – https://www.kauzis.sk/judikatura/r/ECLI:SK:NSSR:2015:6013201848.1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