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7Sžr/119/2014 z 29. 4. 2015</w:t>
      </w:r>
    </w:p>
    <w:p>
      <w:r>
        <w:t>Uznesenie Najvyššieho súdu SR z 29. apríla 2015, sp. zn. 7Sžr/119/2014, ECLI:SK:NSSR:2015:6014200322.1</w:t>
      </w:r>
    </w:p>
    <w:p>
      <w:r>
        <w:t>Súd: Najvyšší súd</w:t>
      </w:r>
    </w:p>
    <w:p>
      <w:r>
        <w:t>Spisová značka: 7Sžr/119/2014</w:t>
      </w:r>
    </w:p>
    <w:p>
      <w:r>
        <w:t>ECLI: ECLI:SK:NSSR:2015:6014200322.1</w:t>
      </w:r>
    </w:p>
    <w:p>
      <w:r>
        <w:t>Dátum vydania: 29. 4. 2015</w:t>
      </w:r>
    </w:p>
    <w:p>
      <w:r>
        <w:t>Forma: Uznesenie</w:t>
      </w:r>
    </w:p>
    <w:p>
      <w:pPr>
        <w:pStyle w:val="Heading2"/>
      </w:pPr>
      <w:r>
        <w:t>Text rozhodnutia</w:t>
      </w:r>
    </w:p>
    <w:p>
      <w:r>
        <w:t>Súd: Najvyšší súd Spisová značka: 7Sžr/119/2014 Identifikačné číslo súdneho spisu: 6014200322 Dátum vydania rozhodnutia: 30. 04. 2015 Meno a priezvisko sudcu, VSÚ: JUDr. Zdenka Reisenauerová ECLI: ECLI:SK:NSSR:2015:6014200322.1 Uznesenie Najvyšší súd Slovenskej republiky v právnej veci navrhovateľa: Pohotovosť, s.r.o., IČO: 35 807 598, so sídlom v Bratislave, Pribinova ul. č. 25, proti odporcovi: Okresný úrad Banská Štiavnica, katastrálny odbor, Križovatka č. 4, Banská Štiavnica, za účasti K., nar. XX.XX.XXXX, bytom U., V., o preskúmanie rozhodnutia odporcu z 27. januára 2014 číslo V - 922/2013, o odvolaní navrhovateľa proti rozsudku Krajského súdu v Banskej Bystrici z 27. júna 2014, č.k. 25Sp/15/2014-19, takto r o z h o d o l : Najvyšší súd Slovenskej republiky odvolacie konanie z a s t a v u j e . Žiaden z účastníkov konania nemá právo na náhradu trov odvolacieho konania. o d ô v o d n e n i e : Krajský súd v Banskej Bystrici rozsudkom z 27. júna 2014, č.k. 25Sp/15/2014-19, potvrdil rozhodnutie Okresného úradu Banská Štiavnica, katastrálny odbor, Križovatka 4, Banská Štiavnica z 27. januára 2014, číslo V - 922/2013, ktorým bol podľa § 31 ods.3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uzavretej medzi navrhovateľom a K., nar. XX.XX.XXXX, bytom U., zastúpenou združením občianskoprávnej pomoci. Navrhovateľovi náhradu trov konania nepriznal a zároveň mu uložil zaplatiť na účet krajského súdu súdny poplatok vo výške 35 € do 3 dní od právoplatnosti rozsudku. Proti rozsudku krajského súdu podal navrhovateľ odvolanie, ktoré podaním z 20. januára 2015, doručeným odvolaciemu súdu 23. januára 2015, vzal v celom rozsahu späť. Ak sa odvolanie, o ktorom nebolo rozhodnuté vzalo späť, odvolací súd odvolacie konanie zastaví (§ 207 ods. 3 OSP). Odvolací súd vzhľadom na účinné späťvzatie odvolania podľa § 207 ods. 3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https://www.kauzis.sk/judikatura/r/ECLI:SK:NSSR:2015:6014200322.1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