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5Sžf/57/2014 z 29. 4. 2015</w:t>
      </w:r>
    </w:p>
    <w:p>
      <w:r>
        <w:t>Uznesenie Najvyššieho súdu SR z 29. apríla 2015, sp. zn. 5Sžf/57/2014, ECLI:SK:NSSR:2015:7013200802.1</w:t>
      </w:r>
    </w:p>
    <w:p>
      <w:r>
        <w:t>Súd: Najvyšší súd</w:t>
      </w:r>
    </w:p>
    <w:p>
      <w:r>
        <w:t>Spisová značka: 5Sžf/57/2014</w:t>
      </w:r>
    </w:p>
    <w:p>
      <w:r>
        <w:t>ECLI: ECLI:SK:NSSR:2015:7013200802.1</w:t>
      </w:r>
    </w:p>
    <w:p>
      <w:r>
        <w:t>Dátum vydania: 29. 4. 2015</w:t>
      </w:r>
    </w:p>
    <w:p>
      <w:r>
        <w:t>Forma: Uznesenie</w:t>
      </w:r>
    </w:p>
    <w:p>
      <w:pPr>
        <w:pStyle w:val="Heading2"/>
      </w:pPr>
      <w:r>
        <w:t>Text rozhodnutia</w:t>
      </w:r>
    </w:p>
    <w:p>
      <w:r>
        <w:t>Súd: Spisová značka: Identifikačné číslo súdneho spisu: Dátum vydania rozhodnutia: Meno a priezvisko sudcu, VSÚ: ECLI:</w:t>
      </w:r>
    </w:p>
    <w:p>
      <w:r>
        <w:t>Najvyšší súd 5Sžf/57/2014 7013200802 29. 04. 2015 JUDr. Milan Morava ECLI:SK:NSSR:2015:7013200802.1</w:t>
      </w:r>
    </w:p>
    <w:p>
      <w:r>
        <w:t>Uznesenie Najvyšší súd Slovenskej republiky v právnej veci žalobkyne obchodnej spoločnosti MIMIX-SK, s.r.o., so sídlom vo Veľkej Bare 5, zastúpenej JUDr. Pavlom Gombosom, advokátom so sídlom v Košiciach, Moldavská cesta 21/A, proti žalovanému Finančnému riaditeľstvu Slovenskej republiky, so sídlom v Banskej Bystrici, Lazovná 63, o preskúmanie zákonnosti rozhodnutia žalovaného zo dňa 14. marca 2013, č. 1100306/1/129245/2013/5048, o odvolaní žalobcu proti uzneseniu Krajského súdu v Košiciach č.k. 7S/127/2013-62 zo dňa 3. júna 2014, takto rozhodol: Najvyšší súd Slovenskej republiky uznesenie Krajského súdu v Košiciach č.k. 7S/127/2013-62 zo dňa 3. júna 2014 p o t v r d z u j e . odôvodnenie: Uznesením č.k. 7S/127/2013-62 zo dňa 3. júna 2014 Krajský súd v Košiciach (ďalej aj „krajský súd“) žalobkyni nepriznal oslobodenie od súdnych poplatkov podľa § 138 Občianskeho súdneho poriadku (ďalej len „OSP“). Rozhodnutie odôvodnil s poukazom na § 138 ods. 1 OSP tým, že žalobkyňa nepreukázala splnenie podmienok na oslobodenie od súdnych poplatkov v zmysle § 138 ods. 1 OSP. Krajský súd výzvou zo dňa 02.07.2013, doručenou zástupcovi žalobcu dňa 04.07.2013, vyzval žalobcu na zaplatenie súdneho poplatku za žalobu vo výške 70 € podľa pol. 10c) sadzobníka súdnych poplatkov zákona č. 71/1992 Zb. o súdnych poplatkoch v platnom znení, v lehote do 10 dní odo dňa doručenia výzvy. V ustanovenej 10-dňovej lehote súdny poplatok zaplatený nebol a preto krajský súd dňa 14.08.2013 uznesením č.k. 7S/127/2013-16 konanie v tejto veci zastavil. Na túto skutočnosť reagoval žalobca podaním odvolania proti uzneseniu o zastavení súdneho konania a návrhu na oslobodenie od súdnych poplatkov zo dňa 02.09.2013. Na základe výzvy Krajského súdu v Košiciach zo dňa 11.09.2013, doručenej zvolenému zástupcovi žalobcu dňa 20.09.2013, ktorou tento žiadal o splnenie tam uvedených podmienok, bolo dňa 07.10.2013 krajskému súdu doručené podanie žalobcu označené ako čestné vyhlásenie spolu s tlačivom pre dokladovanie pomerov účastníka konania, ktorý navrhuje, aby mu bolo priznané oslobodenie od súdnych poplatkov (právnická osoba). Ako vyplýva z odôvodnenia uznesenia krajského súdu, krajský súd z obsahu čestného vyjadrenia zistil, že žalobkyňa dlhodobo nevykonáva žiadnu podnikateľskú činnosť, nedisponuje žiadnym hnuteľným či nehnuteľným majetkom, ktorý by mohol byť predmetom príjmu pre spoločnosť a z dôvodu zaistenia a nevrátenia účtovných a iných dokladov orgánmi činnými v trestnom konaní žalobkyňa nemohla podať daňové priznanie pre daň z príjmov právnických osôb od roku 2010. Z neúplných dokladov predložených žalobkyňou krajský súd vyvodil, že aj nepriaznivá hospodárska(finančná) situácia žalobcu je dôsledkom skutočností, ktorých pôvod je v podnikaní a s podnikaním nevyhnutne súvisia. S poukazom na právny názor vyslovený Najvyšším súdom Slovenskej</w:t>
      </w:r>
    </w:p>
    <w:p>
      <w:r>
        <w:t>republiky v rozhodnutí pod sp.zn. 8 Sžf/48/2011, respektíve sp.zn. 2Sžf/53/2013, dodal, že pre každú podnikateľskú činnosť je typické, že so sebou nesie riziko neúspechu v podnikaní. V prípade oslobodenia žalobcu od platenia súdneho poplatku by išlo o prenášanie podnikateľského rizika na štát, ktorý by tým, že by podnikateľovi bolo priznané oslobodenie od súdnych poplatkov, znášal sám následky zlého hospodárenia podnikateľa, čo je neprípustné. Krajský súd uviedol, že nedostatok finančných prostriedkov žalobkyne ako právnickej osoby nemôže byť sám osebe dôvodom pre priznanie oslobodenia od súdnych poplatkov. Dal do pozornosti skutočnosť, že vzhľadom na základné imanie žalobkyne ako spoločnosti s ručením obmedzeným s rozsahom splatenia 6 000,- €, údaj ktorý krajský súd zistil z obchodného registra, že súdny poplatok vo výške 70,- € nepredstavuje takú vysokú sumu, ktorú by nebola schopná uhradiť. Skutočnosti tvrdené žalobkyňou o zaistení a nevrátení účtovných a iných dokladov orgánmi činnými v trestnom konaní a z tohto dôvodu nemožnosť žalobkyne podať daňové priznania dane z príjmov právnických osôb od roku 2010, sú pre posúdenie dôvodnosti oslobodenia od súdnych poplatkov irelevantné. Proti tomuto uzneseniu podala v lehote ustanovenej zákonom (§ 204 ods. 1 v spojení s § 246c ods. 1 veta prvá OSP) žalobkyňa odvolanie, majúc za to, že spĺňa požiadavky pre oslobodenie od súdnych poplatkov v prejednávanej veci. Uviedla, že sa nie vlastnou vinou ocitla v mimoriadnej dôkaznej tiesni. Už v žalobe súd informovala, že celá jej účtovná dokumentácia a ostatná agenda nevyhnutná pre dokladovanie pomerov bola zaistená orgánmi činnými v trestnom konaní ešte v marci 2011 a do dnešného dňa nebola napriek výzvam vrátená. Situáciu komplikuje aj skutočnosť, že o zaistení dokladov nebol spísaný riadny protokol a navyše, nahliadnutím do spisov žalobkyňa zistila, že množstvo dokladov chýba. Poukázala na to, že z trestných konaní vedených voči p. A. K. nepochybne vyplýva, že boli zaistené všetky doklady spoločností personálne spojených s p. A. K.. Tieto doklady sa však v spisoch vedených orgánmi činnými v trestnom konaní nenachádzajú a teda žalobkyňa nevie získať ani ich kópie. Tieto skutočnosti považuje žalobkyňa za krajskému súdu známe aj z obsahu žaloby, ktorá je predmetom tohto konania, ako aj z iných podaní a konaní vedených na Krajskom súde v Košiciach. Preto považuje požiadavku súdu na predloženie týchto dokladov neprimerane prísny a voči žalobkyni jednoznačne nespravodlivý. Súdom vyrubená povinnosť uhradiť súdny poplatok jej prakticky znemožňuje domáhať sa ochrany svojich práv súdnou cestou (nemá finančné prostriedky na ich úhradu), ktoré prestavuje jej ústavné právo zaručené Ústavou SR. Výška súdneho poplatku, síce nepredstavuje príliš vysokú čiastku (pre žalobkyňu je aj táto suma v súčasnosti vysoká). Zopakovala, že spoločnosti personálne spojené s p. A. K. sú účastníkmi množstiev súdnych sporov, a tak celková výška súdnych poplatkov predstavuje sumy až niekoľko desiatok tisíc eur. Domáhať sa súdnou cestou zrušenia rozhodnutia pritom predstavuje jedinú zákonnú cestu, ktorou si žalobca môže uplatniť právo na svoju ochranu v danej veci. Dodal, že skutočnosť, že nevie svoju žiadosť o oslobodenie od súdnych poplatkov podložiť predložením dokladov, nemožno považovať zo strany žalobkyne za úmyselné bránenie priebehu konania žalobkyňa skutočnosť, že nemá svoje doklady k dispozícii uviedla už v žalobe a tento nedostatok nahradila práve podaním čestného vyhlásenia. Naopak, sama má záujem na čo najskoršom skončení veci. Zdôraznila, že ani právny zástupca nemal nikdy k dispozícii tieto doklady, keďže neboli potrebné ani k vypracovaniu žaloby, a podania obsahujú všetky informácie, ktoré má v čase spísania podania k dispozícii. Prostredníctvom svojho právneho zástupcu ďalej zdôraznila, že sa jej štatutárny zástupca sa pokúša skompletizovať svoj agendu a všetky doklady, ktoré bude mať k dispozícii predkladá (spracované aj v príslušnom tlačive) súdu. Z uvedených dôvodov, má žalobkyňa za to, že sú u nej splnené podmienky na oslobodenie od súdnych poplatkov. Dodala, že hoci súčasná situácia jej nedovoľuje zaplatiť súdny poplatok, táto sa môže v budúcnosti zlepšiť (napríklad aj v prípade úspechu v spore) a po odpadnutí dôvodov na oslobodenie súdny poplatok uhradí, čím teda nedôjde k zvýhodneniu voči iným, úspešným podnikateľom, ktorí súdny poplatok musia zaplatiť.</w:t>
      </w:r>
    </w:p>
    <w:p>
      <w:r>
        <w:t>Najvyšší súd Slovenskej republiky ako súd odvolací (§ 10 ods. 2 OSP v spojení s § 246c ods. 1 veta prvá OSP) preskúmal napadnuté uznesenie krajského súdu z dôvodov a v rozsahu uvedenom v odvolaní žalobkyne (§ 212 ods. 1 OSP v spojení s § 246c ods. 1 veta prvá OSP) postupom bez nariadenia pojednávania podľa § 250ja ods. 2 veta prvá OSP a dospel k záveru, že odvolaniu žalobkyne proti uzneseniu o nepriznaní oslobodenia od súdnych poplatkov nie je možné priznať úspech. Najvyšší súd z predloženého spisového materiálu krajského súdu zistil, že žalobkyňa sa žalobou podanou na krajskom súde dňa 4. júna 2013 domáha preskúmania rozhodnutia žalovaného zo 14. marca 2013, č. 1100306/1/129245/2013/5048, ktorým žalovaný potvrdil rozhodnutie Daňového úradu Košice z 27. júna 2012, č. 9811401/5/3418/2012/VarV, ktorou žalobkyni správca vyrubil rozdiel dane z pridanej hodnoty za zdaňovacie obdobie júl 2008 vo výške 39 494,72 €. Keďže žalobkyňa nezaplatila súdny poplatok za žalobu súčasne s jej podaním, krajský súd ju výzvou z 2. júla 2013 vyzval, aby v lehote 10 dní zaplatila súdny poplatok za žalobu v sume 70 € podľa položky č. 10 písm. a/ sadzobníka súdnych poplatkov ZSP. Uznesením zo 14. augusta 2013, č.k. 7S/127/2013-16 krajský súd zastavil konanie podľa § 10 ods. 1 ZSP, pretože žalobkyňa súdny poplatok v lehote ustanovenej výzvou nezaplatila. Žalobkyňa následne podaním doručeným krajskému súdu 2. septembra 2013, podala proti uzneseniu o zastavení konania odvolanie a súčasne požiadala o oslobodenie od súdnych poplatkov podľa § 138 OSP. Vzhľadom k tomu, že žalobkyňa k uvedenému podaniu nepripojila žiadne dôkazy na preukázanie splnenia požiadaviek § 138 OSP, t.j. najmä preukazujúce nepriaznivé pomery žalobkyne, krajský súd ju výzvou z 11. septembra 2013 (č.l. 22) vyzval, aby podanie doplnila a v lehote 15 dní doručila súdu riadne vyplnené tlačivo pre dokladovanie pomerov účastníka konania, ktorý navrhuje, aby mu bolo priznané oslobodenie od súdnych poplatkov - právnická osoba s tým, že toto tlačivo krajský súd žalobkyni zaslal. Zároveň ju vyzval, aby doručila krajskému súdu všetky príslušné dôkazy a doklady (daňové priznania, výpisy z bankových účtov. Na základe výzvy žalobkyňa 7. októbra 2013 doručila žalobkyňa krajskému súdu tlačivo pre dokladovanie pomerov účastníka konania (§ 138 ods. 2 OSP), ktoré však vyplnila len na jeho titulnej strane, t.j. v rozsahu identifikačných údajov účastníka konania - právnickej osoby, a tlačivo podpísala a datovala. K tlačivu pripojila čestné vyhlásenie, v ktorom uviedla, že „obchodná spoločnosť dlhodobou nevykonáva žiadnu podnikateľskú činnosť, spoločnosť nevstupuje do žiadnych nových obchodných vzťahoch a vykonáva iba nevyhnutné úkony spojené s chodom obchodnej spoločnosti. Obchodná spoločnosť ďalej vyhlasuje, že nedisponuje žiadnym hnuteľným alebo nehnuteľným majetkom, s ktorým je oprávnená disponovať takým spôsobom, že tento majetok ý by mohol byť predmetom akéhokoľvek príjmu pre spoločnosť. Obchodná spoločnosť ďalej vyhlasuje, že všetky jej účtovné a iné doklady boli zaistené orgánmi činnými v trestnom konaní v marci 2011 a do dnešného dňa, napriek výzvam,, jej tieto doklady neboli vrátené, čo spoločnosť vážnym spôsobom poškodzuje (okrem toho ide informáciu súdu známu aj z iných súdnych konaní). Z dôvodu zaistenia a nevrátenia dokladov orgánmi činnými v trestnom konaní spoločnosť nemohla podať daňové priznania dane z príjmov právnických osôb od roku 2010, nakoľko nezavinene nedisponuje svojimi vlastnými dokladmi, ktoré by boli podkladom na spracovanie daňového priznania.“ Žalobkyňa tiež pripojila výpisy z účtu z novembra 2010, z apríla 2011, júla 2011, októbra 2011; daňové priznania pre daň z pridanej hodnoty, resp. potvrdenia o ich podaní, vo fotokópiách za september až december 2010, január 2011, október až december 2011, január 2012, júl až október 2012. Podľa § 5 ods. 1 písm. a/ zákona č. 71/1992 Zb. poplatková povinnosť vzniká podaním návrhu, odvolania a dovolania alebo žiadosti na vykonanie poplatkového úkonu, ak je poplatníkom navrhovateľ, odvolateľ a dovolateľ. Podľa § 138 ods. 1 OSP na návrh môže súd priznať účastníkovi celkom alebo sčasti oslobodenie od súdnych poplatkov, ak to pomery účastníka odôvodňujú a ak nejde o svojvoľné alebo zrejme bezúspešné uplatňovanie alebo bránenie práva. Ak nerozhodne súd inak, vzťahuje sa oslobodenie na celé konanie a má i spätnú účinnosť; poplatky zaplatené pred rozhodnutím o oslobodení sa však nevracajú.</w:t>
      </w:r>
    </w:p>
    <w:p>
      <w:r>
        <w:t>Podľa § 246c ods. 1 veta prvá OSP pre riešenie otázok, ktoré nie sú priamo upravené v tejto časti, sa použijú primerane ustanovenia prvej, tretej a štvrtej časti tohto zákona. Opravný prostriedok je prípustný, len ak je to ustanovené v tejto časti. Proti rozhodnutiu Najvyššieho súdu Slovenskej republiky opravný prostriedok nie je prípustný. Zákonodarca v citovanom ustanovení Občianskeho súdneho poriadku pripúšťa možnosť čiastočného, prípadne úplného oslobodenia od súdnych poplatkov. Predpokladom priznania oslobodenia od súdnych poplatkov je v prvom rade samotná žiadosť účastníka konania, preukázanie dôvodov, spočívajúcich v majetkových, sociálnych, finančných a pod. pomeroch účastníka, odôvodňujúcich oslobodenie od súdnych poplatkov a súčasne preukázanie, že nejde o svojvoľné alebo zrejme bezúspešné uplatňovanie alebo bránenie práva. Povinnosťou súdu je skúmať splnenie podmienok pre oslobodenie od súdnych poplatkov v každom prípade individuálne a to aj vzhľadom na individuálnosť každého konania. Účelom ustanovenia § 138 OSP je, aby účastníkovi nebolo len pre jeho majetkové a sociálne pomery znemožnené uplatňovať alebo brániť svoje právo. Pre priznanie oslobodenia od súdnych poplatkov musia byť súčasne splnené dve podmienky. Prvou je nepriaznivá finančná, resp. majetková situácia a druhou skutočnosť, že nejde o svojvoľné alebo zrejme bezúspešné uplatňovanie alebo bránenie práva (teda quasi pravdepodobnosť úspechu v ďalšom konaní na strane žiadateľa). V prípade fyzických osôb sa prihliada aj na osobné a rodinné pomery. Vychádzajúc, ako z jazykového výkladu uvedeného zákonného ustanovenia, tak i zo zásady rovnosti účastníkov občianskeho súdneho konania, deklarovanou taktiež Európskym súdom pre ľudské práva, zákon nerozlišuje medzi subjektami podnikateľskými a nepodnikateľskými. Oprávnenosť žiadosti preto súd hodnotí z hľadiska splnenia uvedených podmienok, pričom vychádza zo skutočností, preukázaných žiadateľom. O oslobodení od súdnych poplatkov v zmysle uvedeného zákonného ustanovenia súd rozhoduje na návrh účastníka konania, ku ktorému je tento povinný pripojiť listinné dôkazy, deklarujúce jeho majetkové pomery. V prejednávanej veci žalobkyňa požiadala o oslobodenie od súdnych poplatkov pre nepriaznivú finančnú a majetkovú situáciu, ktorú bližšie odôvodnila v zásade skutočnosťami, ktoré zopakovala aj vo svojom odvolaní. K návrhu nepripojila žiadne doklady preukazujúce jej tvrdenia. Najvyšší súd po oboznámení sa so spisovým materiálom vyhodnotil postup krajského súdu ako bezchybný a úplne v súlade s § 138 ods. 1, 2 OSP, ako aj právami na súdnu a inú právnu ochranu garantovanými Ústavou Slovenskej republiky. Krajský súd v prejednávanej veci vykonal zisťovanie majetkových pomerov žalobkyne, ktoré je potrebné nielen tvrdiť, ale ich aj preukázať. Neprihliadal na skutočnosť, že žalobkyňa je podnikateľským subjektom ako na hlavný dôvod nepriznania oslobodenia od súdnych poplatkov, a už vôbec túto skutočnosť osebe nehodnotil ako dôvod pre nepriznanie oslobodenia od súdnych poplatkov. Podľa § 121 OSP netreba dokazovať skutočnosti všeobecne známe alebo známe súdu z jeho činnosti, ako aj právne predpisy uverejnené alebo oznámené v Zbierke zákonov Slovenskej republiky a právne záväzné akty, ktoré boli uverejnené v Úradnom vestníku Európskych spoločenstiev a v Úradnom vestníku Európskej únie. Podľa § 120 ods. 2 OSP vo veciach, v ktorých konanie možno začať aj bez návrhu, ako aj v konaniach o povolenie uzavrieť manželstvo, o určenie a zapretie rodičovstva, o osvojiteľnosti, o osvojenie, vo veciach obchodného registra a v konaniach o niektorých otázkach obchodných spoločností a družstiev (§ 200e) súd je povinný vykonať ďalšie dôkazy potrebné na zistenie skutkového stavu, hoci ich účastníci nenavrhli. Majetkové pomery žalobkyne nemožno považovať za skutočnosti všeobecne známe alebo známe súdu z jej činnosti a konanie o oslobodenie od súdneho poplatku nie je konaním, v ktorom by zákon ukladal súdu vyhľadávaciu povinnosť vo vzťahu k dôkazom potrebným na zistenie skutkového stavu. Je preto výlučne na žalobkyni, aby svoje tvrdenie o nepriaznivých pomeroch sama preukázala, na čo slúži, okrem iných aj tlačivo, ktoré jej krajský súd doručil a ktoré je tiež dostupné na internete.</w:t>
      </w:r>
    </w:p>
    <w:p>
      <w:r>
        <w:t>Keďže žalobkyňa nepredložila relevantné doklady preukazujúce jej tvrdenie o nepriaznivej situácii, krajský súd, logicky, nemohol vykonať akékoľvek dokazovanie v tomto smere. Preto bolo správne jeho rozhodnutie nepriznať žalobkyni oslobodenie od súdnych poplatkov z dôvodu, že nepreukázala svoje tvrdenia o nepriaznivosti finančných a majetkových pomerov. Hoci žalobkyňa predložila bankové výpisy so zostatkom pohybujúcim v debete, tieto pochádzajú z roku 2010, resp. roku 2011, a preto sú pre nepoužiteľné pre zistenie aktuálnej situácie žalobkyne. Obdobné platí aj o fotokópiách daňových priznaní pre daň z pridanej hodnoty. Potvrdenia o podaní daňového priznania za obdobia júl až október 2012 neobsahujú uvedenie daňovej povinnosti, resp. nadmerného odpočtu, vôbec. Občiansky súdny poriadok na rozdiel od zákona č. 71/1967 Zb. o správnom konaní (správny poriadok) neobsahuje osobitnú úpravu čestného vyhlásenia. Najvyšší súd ho vyhodnotil ako bežný dôkazný prostriedok v súlade s § 125 a § 132 OSP a dospel k záveru, že nie je možné mať na jeho základe za preukázané skutočnosti v ňom tvrdené. Najmä, čestné vyhlásenie predložené žalobkyňou opäť len obsahuje tvrdenia uvedené v jej predchádzajúcich podaniach bez toho, aby žalobkyňa prejavila akúkoľvek snahu o ich preukázanie. V tunajšej veci napríklad mohla minimálne doručiť súdu žiadosti adresované príslušným orgánom (daňové úrady, orgány činné v trestnom konaní, obchodný register a i.), o ktorých uvádza, že na ne adresáti nereagovali. Rovnako tak nemožno ako argument pre oslobodenie od súdnych poplatkov použiť tvrdenie nesplnenia si zákonnej povinnosti podať daňové priznanie. Je navyše len ťažko uveriteľné, že podnikateľský subjekt nemá vedené účtovníctvo tak, aby v prípade nepredvídateľnej udalosti nemal k dispozícii aspoň kópie podkladov (faktúry, hlásenia, priznania a i.). Následne nemožno prihliadať na počet súdnych konaní, ktorých je žalobkyňa účastníkom, respektíve na úspešnosť iných spoločností nachádzajúcich sa v obdobnej situácii ako žalobkyňa v súdnych konaniach proti Finančnému riaditeľstvo Slovenskej republiky. Bez riadneho preukázania finančných a majetkových pomerov táto skutočnosť osebe nemôže odôvodniť iné než zamietavé rozhodnutie o návrhu na oslobodenie od súdnych poplatkov. Vzhľadom na uvedené Najvyšší súd Slovenskej republiky napadnuté uznesenie krajského súdu podľa 250ja ods. 3 veta druhá OSP a § 219 ods. 1 OSP potvrdil, pretože krajský súd vo veci rozhodol po vecnej i právnej stránke správne a jeho postup pri rozhodovaní o návrhu žalobkyne na oslobodenie od súdneho poplatku maximálne rešpektoval a chránil práva žalobcu na spravodlivý súdny proces. Toto rozhodnutie prijal senát Najvyššieho súdu Slovenskej republiky v pomere hlasov 3:0 (§ 3 ods. 9 veta tretia zák. č. 757/2004 o súdoch o súdoch a o zmene a doplnení niektorých zákonov v znení účinnom od 1. mája 2011). Poučenie: Proti tomuto uzneseniu nie je prípustný opravný prostriedok.</w:t>
      </w:r>
    </w:p>
    <w:p/>
    <w:p>
      <w:r>
        <w:t>Zdroj: KAUZIS.SK – https://www.kauzis.sk/judikatura/r/ECLI:SK:NSSR:2015:7013200802.1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