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6Sžr/5/2014 z 27. 1. 2015</w:t>
      </w:r>
    </w:p>
    <w:p>
      <w:r>
        <w:t>Uznesenie Najvyššieho súdu SR z 27. januára 2015, sp. zn. 6Sžr/5/2014, ECLI:SK:NSSR:2015:7013201230.1</w:t>
      </w:r>
    </w:p>
    <w:p>
      <w:r>
        <w:t>Súd: Najvyšší súd</w:t>
      </w:r>
    </w:p>
    <w:p>
      <w:r>
        <w:t>Spisová značka: 6Sžr/5/2014</w:t>
      </w:r>
    </w:p>
    <w:p>
      <w:r>
        <w:t>ECLI: ECLI:SK:NSSR:2015:7013201230.1</w:t>
      </w:r>
    </w:p>
    <w:p>
      <w:r>
        <w:t>Dátum vydania: 27.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6Sžr/5/2014 Identifikačné číslo súdneho spisu: 7013201230 Dátum vydania rozhodnutia: 28. 01. 2015 Meno a priezvisko sudcu, VSÚ: JUDr. Jozef Hargaš ECLI: ECLI:SK:NSSR:2015:7013201230.1 Uznesenie Najvyšší súd Slovenskej republiky v právnej veci navrhovateľa: POHOTOVOSŤ, s.r.o., so sídlom Pribinova 25, 811 09 Bratislava, IČO : 35 807 598 proti odporcovi: Okresný úrad Michalovce, so sídlom Sama Chalúpku 18, Michalovce, za účasti: Y., bytom U., o preskúmanie rozhodnutia č. V 1311/2006 zo 14. marca 2013, na odvolanie navrhovateľa proti rozsudku Krajského súdu v Košiciach z 18. októbra 2013 č. k. 7Sp/42/2013-15, jednohlasne, takto r o z h o d o l : Najvyšší súd Slovenskej republiky odvolacie konanie z a s t a v u j e. Žiaden z účastníkov nemá právo na náhradu trov odvolacieho konania. o d ô v o d n e n i e : Krajský súd v Košiciach napadnutým rozsudkom potvrdil rozhodnutie č. V 1311/2006 zo 14. marca 2013, ktorým Správa katastra Michalovce (právny predchodca odporcu) podľa § 31 ods. 3 zákona č. 162/1995 Z. z. o katastri nehnuteľností a o zápise vlastníckych a iných práv k nehnuteľnostiam (katastrálny zákon) v znení neskorších predpisov zamietla návrh na vklad záložného práva do katastra nehnuteľností podľa Záložnej zmluvy z 1. júna 2006 v znení Dodatku č. 1 k záložnej zmluve zo 4. októbra 2006. Proti tomuto rozsudku podal navrhovateľ v zákonnej lehote odvolanie, ktoré písomným podaním zo dňa 12. januára 2015 vzal v celom rozsahu späť a žiadal konanie zastaviť. Podľa § 246c ods. 1 veta prvá OSP, pre riešenie otázok, ktoré nie sú priamo upravené v tejto časti, sa použijú primerane ustanovenia prvej, tretej a štvrtej časti tohto zákona. Podľa § 207 ods. 2 OSP, dokiaľ o odvolaní nebolo rozhodnuté, možno ho vziať späť. Ak niekto vzal odvolanie späť, nemôže ho podať znova. Podľa § 207 ods. 3 OSP,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postupom podľa § 207 ods. 3 OSP v spojení s § 246c ods. 1 veta prvá OSP zastavil. O náhrade trov odvolacieho konania rozhodol Najvyšší súd Slovenskej republiky podľa § 224 ods. 1 OSP v spojení s § 146 ods. 1 písm. c) OSP a s použitím § 246c ods. 1 vety prvej OSP, v súlade s ktorými žiaden z účastníkov nemá právo na náhradu trov konania, ak bolo konanie zastavené. Toto rozhodnutie prijal Najvyšší súd Slovenskej republiky v senáte pomerom hlasov 3:0 (§ 3 ods. 9 zákona č. 757/2004 Z. 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https://www.kauzis.sk/judikatura/r/ECLI:SK:NSSR:2015:7013201230.1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