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5Sžo/52/2015 z 22. 7. 2015</w:t>
      </w:r>
    </w:p>
    <w:p>
      <w:r>
        <w:t>Uznesenie Najvyššieho súdu SR z 22. júla 2015, sp. zn. 5Sžo/52/2015, ECLI:SK:NSSR:2015:7014201211.1</w:t>
      </w:r>
    </w:p>
    <w:p>
      <w:r>
        <w:t>Súd: Najvyšší súd</w:t>
      </w:r>
    </w:p>
    <w:p>
      <w:r>
        <w:t>Spisová značka: 5Sžo/52/2015</w:t>
      </w:r>
    </w:p>
    <w:p>
      <w:r>
        <w:t>ECLI: ECLI:SK:NSSR:2015:7014201211.1</w:t>
      </w:r>
    </w:p>
    <w:p>
      <w:r>
        <w:t>Dátum vydania: 22.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5Sžo/52/2015 Identifikačné číslo súdneho spisu: 7014201211 Dátum vydania rozhodnutia: 23. 07. 2015 Meno a priezvisko sudcu, VSÚ: JUDr. Milan Morava ECLI: ECLI:SK:NSSR:2015:7014201211.1 Uznesenie Najvyšší súd Slovenskej republiky v právnej veci navrhovateľa POHOTOVOSŤ, s.r.o. so sídlom v Bratislave, Pribinova 25, proti odporcovi Okresný úrad Rožňava, katastrálny odbor, so sídlom Jarná 2, Rožňava, za účasti I. D., bytom R., o preskúmanie zákonnosti rozhodnutia odporcu z 5. augusta 2014, č. U-RV-KO2-2014/V 1539-14, o odvolaní navrhovateľa proti rozsudku Krajského súdu v Košiciach z 5. decembra 2014, č.k. 9Sp/51/2014-18, takto r o z h o d o l : Najvyšší súd Slovenskej republiky odvolacie konanie z a s t a v u j e . Žiaden z účastníkov n e m á p r á v o na náhradu trov odvolacieho konania. o d ô v o d n e n i e : Krajský súd v Košiciach (ďalej len „krajský súd“) rozsudkom z 5. decembra 2014, č.k. 9Sp/51/2014-18, potvrdil napadnuté rozhodnutie, ktorým odporca zamietol návrh na vklad záložného práva do katastra nehnuteľností na základe zmluvy o zriadení záložného práva č. 251/2014-PTR zo dňa 6. júna 2014, ktorej predmetom mali byť nehnuteľnosti zapísané na LV č. XXX, nachádzajúce sa v k.ú. R., bližšie špecifikované vo výrokovej časti rozhodnutia, uzatvorenej medzi navrhovateľom ako záložným veriteľom a I. D., ako záložcom, v zastúpení ProHelp - združenie občianskoprávnej pomoci. Proti tomuto rozsudku krajského súdu podal v lehote ustanovenej zákonom (§ 204 ods. 1 v spojení s § 246c ods. 1 veta prvá, § 250l ods. 2 Občianskeho súdneho poriadku; ďalej len „OSP“) odvolanie navrhovateľ a žiadal jeho zmenu v zmysle podaného opravného prostriedku. Podaním doručeným krajskému súdu 17. júla 2015, vzal navrhovateľ svoje odvolanie v celom rozsahu späť a žiadal, aby súd konanie zastavil a účastníkom konania náhradu jeho trov nepriznal. Podľa § 250l ods. 1, 2 OSP podľa ustanovení tejto hlavy sa postupuje v prípadoch, v ktorých zákon zveruje súdom rozhodovanie o opravných prostriedkoch proti neprávoplatným rozhodnutiam správnych orgánov (odsek 1). Pokiaľ v tejto hlave nie je ustanovené inak, použije sa primerane ustanovenie druhej hlavy s výnimkou § 250a (odsek 2). Podľa § 246c ods. 1 veta prvá OSP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Keďže navrhovateľ vzal svoje odvolanie späť skôr, ako o ňom bolo rozhodnuté, Najvyšší súd Slovenskej republiky (ďalej len „najvyšší súd“) ako súd odvolací (§ 10 ods. 2 OSP v spojení s § 246c ods. 1 veta prvá OSP, § 250l ods. 2 OSP) odvolacie konanie podľa § 207 ods. 3 OSP, v spojení s § 246c ods. 1 veta prvá, § 250l ods. 2 OSP zastavil. Účastníkom náhradu trov odvolacieho konania nepriznal (§ 224 ods. 1, § 146 ods. 1 písm. c/ OSP v spojení s § 246c ods. 1 veta prvá, § 250l ods. 2 OSP). Toto rozhodnutie prijal senát Najvyššieho súdu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https://www.kauzis.sk/judikatura/r/ECLI:SK:NSSR:2015:7014201211.1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