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10Sžo/36/2015 z 3. 11. 2015</w:t>
      </w:r>
    </w:p>
    <w:p>
      <w:r>
        <w:t>Uznesenie Najvyššieho súdu SR z 3. novembra 2015, sp. zn. 10Sžo/36/2015, ECLI:SK:NSSR:2015:7014201216.1</w:t>
      </w:r>
    </w:p>
    <w:p>
      <w:r>
        <w:t>Súd: Najvyšší súd</w:t>
      </w:r>
    </w:p>
    <w:p>
      <w:r>
        <w:t>Spisová značka: 10Sžo/36/2015</w:t>
      </w:r>
    </w:p>
    <w:p>
      <w:r>
        <w:t>ECLI: ECLI:SK:NSSR:2015:7014201216.1</w:t>
      </w:r>
    </w:p>
    <w:p>
      <w:r>
        <w:t>Dátum vydania: 3.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10Sžo/36/2015 Identifikačné číslo súdneho spisu: 7014201216 Dátum vydania rozhodnutia: 04. 11. 2015 Meno a priezvisko sudcu, VSÚ: JUDr. Jana Henčeková ECLI: ECLI:SK:NSSR:2015:7014201216.1</w:t>
      </w:r>
    </w:p>
    <w:p>
      <w:r>
        <w:t>Uznesenie Najvyšší súd Slovenskej republiky, v právnej veci navrhovateľa: POHOTOVOSŤ, s.r.o., IČO: 35 807 598, Pribinova 25, Bratislava, proti odporcovi: Okresný úrad Košice, Južná trieda 82, 040 17 Košice, za účasti P. T., narodená dňa XX.XX.XXXX, D., o preskúmanie zákonnosti rozhodnutia odporcu č. V 7146/2014 zo dňa 30.07.2014, konajúc o odvolaní navrhovateľa proti rozsudku Krajského súdu v Košiciach č. k. 3Sp/51/2014-19 zo dňa 05.11.2014, jednomyseľne, takto</w:t>
      </w:r>
    </w:p>
    <w:p>
      <w:r>
        <w:t>r o z h o d o l :</w:t>
      </w:r>
    </w:p>
    <w:p>
      <w:r>
        <w:t>Najvyšší súd Slovenskej republiky odvolacie konanie z a s t a v u j e .</w:t>
      </w:r>
    </w:p>
    <w:p>
      <w:r>
        <w:t>Žiaden z účastníkov n e m á p r á v o na náhradu trov odvolacieho konania.</w:t>
      </w:r>
    </w:p>
    <w:p>
      <w:r>
        <w:t>o d ô v o d n e n i e :</w:t>
      </w:r>
    </w:p>
    <w:p>
      <w:r>
        <w:t>Krajský súd v Košiciach rozsudkom č. k. 3Sp/51/2014-19 zo dňa 05.11.2014 potvrdil podľa § 250q ods. 2 zákona č. 99/1963 Zb. Občiansky súdny poriadok, v znení neskorších predpisov (ďalej len „O. s. p.“), rozhodnutie odporcu č. V 7146/2014 zo dňa 30.07.2014.</w:t>
      </w:r>
    </w:p>
    <w:p>
      <w:r>
        <w:t>Proti tomuto rozsudku podal navrhovateľ v zákonnej lehote odvolanie, ktoré písomným podaním zo dňa 07.10.2015, doručeným Najvyššiemu súdu Slovenskej republiky dňa 12.10.2015, vzal v celom rozsahu späť a žiadal, aby súd konanie zastavil a právo na náhradu trov nepriznal žiadnemu z účastníkov.</w:t>
      </w:r>
    </w:p>
    <w:p>
      <w:r>
        <w:t>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</w:t>
      </w:r>
    </w:p>
    <w:p>
      <w:r>
        <w:t>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</w:t>
      </w:r>
    </w:p>
    <w:p>
      <w:r>
        <w:t>Vzhľadom na to, že k späťvzatiu odvolania došlo pred rozhodnutím odvolacieho súdu, Najvyšší súd Slovenskej republiky, ako súd odvolací (§ 10 ods. 2 O. s. p.), odvolacie konanie podľa § 207 ods. 3 O. s. p. v spojení s § 246c ods. 1 veta prvá O. s. p. zastavil.</w:t>
      </w:r>
    </w:p>
    <w:p>
      <w:r>
        <w:t>O náhrade trov odvolacieho konania rozhodol Najvyšší súd Slovenskej republiky podľa § 224 ods. 1 O. s. p. v spojení s § 146 ods. 1 písm. c) O. s. p. a s použitím § 246c ods. 1 vety prvej O. s. p.</w:t>
      </w:r>
    </w:p>
    <w:p>
      <w:r>
        <w:t>Poučenie:</w:t>
      </w:r>
    </w:p>
    <w:p>
      <w:r>
        <w:t>Proti tomuto uzneseniu opravný prostriedok n i e j e prípustný.</w:t>
      </w:r>
    </w:p>
    <w:p/>
    <w:p>
      <w:r>
        <w:t>Zdroj: KAUZIS.SK – https://www.kauzis.sk/judikatura/r/ECLI:SK:NSSR:2015:7014201216.1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