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1Sžr/124/2014 z 9. 3. 2015</w:t>
      </w:r>
    </w:p>
    <w:p>
      <w:r>
        <w:t>Uznesenie Najvyššieho súdu SR z 9. marca 2015, sp. zn. 1Sžr/124/2014, ECLI:SK:NSSR:2015:8014200220.1</w:t>
      </w:r>
    </w:p>
    <w:p>
      <w:r>
        <w:t>Súd: Najvyšší súd</w:t>
      </w:r>
    </w:p>
    <w:p>
      <w:r>
        <w:t>Spisová značka: 1Sžr/124/2014</w:t>
      </w:r>
    </w:p>
    <w:p>
      <w:r>
        <w:t>ECLI: ECLI:SK:NSSR:2015:8014200220.1</w:t>
      </w:r>
    </w:p>
    <w:p>
      <w:r>
        <w:t>Dátum vydania: 9. 3. 2015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Najvyšší súd Spisová značka: 1Sžr/124/2014 Identifikačné číslo súdneho spisu: 8014200220 Dátum vydania rozhodnutia: 10. 03. 2015 Meno a priezvisko sudcu, VSÚ: JUDr. Igor Belko ECLI: ECLI:SK:NSSR:2015:8014200220.1 Uznesenie Najvyšší súd Slovenskej republiky v právnej veci v právnej veci navrhovateľa: POHOTOVOSŤ, s.r.o., IČO: 35 807 598, so sídlom Pribinova č. 25, 811 09 Bratislava, proti odporcovi: Okresný úrad Bardejov, Dlhý rad 16, Bardejov, za účasti: V.. N. N., bytom E. XXXX/XX H., o preskúmanie zákonnosti rozhodnutia odporcu OÚ-BJ-KO2/V/1816/2013/Fo zo dňa 14. októbra 2013, na odvolanie navrhovateľa proti rozsudku Krajského súdu v Prešove, č. k. 5Sp/5/2014-25 zo dňa 7. augusta 2014, takto r o z h o d o l : Najvyšší súd Slovenskej republiky odvolacie konanie z a s t a v u j e. Žiaden z účastníkov nemá právo na náhradu trov odvolacieho konania. o d ô v o d n e n i e : Napadnutým rozsudkom krajský súd potvrdil rozhodnutie odporcu uvedené v záhlaví tohto rozsudku a navrhovateľovi náhradu trov konania nepriznal. Navrhovateľ svoje odvolanie proti rozsudku súdu prvého stupňa zo dňa 04.09.2014 vzal podaním zo dňa 27.02.2015, doručeným súdu dňa 04.03.2015 v celom rozsahu späť a konanie žiadal zastaviť. Podľa § 207 ods. 2, 3 OSP dokiaľ o odvolaní nebolo rozhodnuté, možno ho vziať späť. Ak niekto vzal odvolanie späť, nemôže ho podať znova. Ak sa odvolanie, o ktorom nebolo rozhodnuté, vzalo späť, odvolací súd odvolacie konanie zastaví. V zmysle § 246c veta prvá OSP pre riešenie otázok, ktoré nie sú priamo upravené v tejto časti, sa použijú primerane ustanovenia prvej, tretej a štvrtej časti tohto zákona. Vzhľadom na to, že navrhovateľ vzal odvolanie podané proti rozsudku súdu prvého stupňa späť pred tým, ako o ňom rozhodol odvolací súd, Najvyšší súd Slovenskej republiky v zmysle § 246c OSP v spojení s § 207 ods. 3 odvolacie konanie zastavil. Právoplatnosť napadnutého rozhodnutia súdu prvého stupňa podľa § 246c OSP v spojení s § 222 ods. 1 OSP nastala, ako keby k podaniu odvolania nedošlo. O náhrade trov odvolacieho konania odvolací súd rozhodol podľa ustanovenia § 246c OSP v spojení s § 224 ods. 1 a s § 146 ods. 1 písm. c) OSP a vyslovil, že žiaden z účastníkov nemá právo na náhradu trov odvolacieho konania, pretože odvolacie konanie bolo zastavené. Poučenie: Proti tomuto uzneseniu nie je prípustný opravný prostriedok.</w:t>
      </w:r>
    </w:p>
    <w:p/>
    <w:p>
      <w:r>
        <w:t>Zdroj: KAUZIS.SK – https://www.kauzis.sk/judikatura/r/ECLI:SK:NSSR:2015:8014200220.1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