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9Nds/7/2015 z 15. 12. 2015</w:t>
      </w:r>
    </w:p>
    <w:p>
      <w:r>
        <w:t>Uznesenie Najvyššieho súdu SR z 15. decembra 2015, sp. zn. 9Nds/7/2015, ECLI:SK:NSSR:2015:8015201054.1</w:t>
      </w:r>
    </w:p>
    <w:p>
      <w:r>
        <w:t>Súd: Najvyšší súd</w:t>
      </w:r>
    </w:p>
    <w:p>
      <w:r>
        <w:t>Spisová značka: 9Nds/7/2015</w:t>
      </w:r>
    </w:p>
    <w:p>
      <w:r>
        <w:t>ECLI: ECLI:SK:NSSR:2015:8015201054.1</w:t>
      </w:r>
    </w:p>
    <w:p>
      <w:r>
        <w:t>Dátum vydania: 15.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9Nds/7/2015 Identifikačné číslo súdneho spisu: 8015201054 Dátum vydania rozhodnutia: 16. 12. 2015 Meno a priezvisko sudcu, VSÚ: JUDr. Viera Nevedelová ECLI: ECLI:SK:NSSR:2015:8015201054.1 Uznesenie Najvyšší súd Slovenskej republiky v právnej veci žalobcu: Miroslaw C. E., občan Poľskej republiky, bytom Q., proti žalovanej: Sociálna poisťovňa, ústredie, Ul. 29. augusta č. 8-10, Bratislava, o preskúmanie zákonnosti rozhodnutia žalovanej č. 45502-2/2013-BA z 28. novembra 2013, takto r o z h o d o l : Na prejednanie a rozhodnutie veci j e p r í s l u š n ý Krajský súd v Prešove. o d ô v o d n e n i e : Žalobca sa domáha preskúmania rozhodnutia žalovanej o tom, že mu od 01.12.2012 nevzniklo povinné nemocenské poistenie, povinné dôchodkové poistenie a povinné poistenie v nezamestnanosti ako zamestnancovi zamestnávateľa Trzópek Elžbieta Barbara - EUROPROFIT, so sídlom Jarmočná 1401/1, Stará Ľubovňa, Slovenská republika podľa zákona č. 461/2003 Z. z. o sociálnom poistení v znení neskorších predpisov. Keďže vec spadá do právomoci súdov Slovenskej republiky, ale podmienky miestnej príslušnosti chýbajú, Najvyšší súd Slovenskej republiky rozhodol o tom, ktorý súd má vec prejednať a rozhodnúť v súlade s § 11 ods. 3 Občianskeho súdneho poriadku tak ako je uvedené vo výroku tohto uznesenia. Poučenie: Proti tomuto uzneseniu nie je prípustné odvolanie.</w:t>
      </w:r>
    </w:p>
    <w:p/>
    <w:p>
      <w:r>
        <w:t>Zdroj: KAUZIS.SK – https://www.kauzis.sk/judikatura/r/ECLI:SK:NSSR:2015:8015201054.1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