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1So/12/2016 z 15. 3. 2016</w:t>
      </w:r>
    </w:p>
    <w:p>
      <w:r>
        <w:t>Uznesenie Najvyššieho súdu SR z 15. marca 2016, sp. zn. 1So/12/2016, ECLI:SK:NSSR:2016:1012201857.1</w:t>
      </w:r>
    </w:p>
    <w:p>
      <w:r>
        <w:t>Súd: Najvyšší súd</w:t>
      </w:r>
    </w:p>
    <w:p>
      <w:r>
        <w:t>Spisová značka: 1So/12/2016</w:t>
      </w:r>
    </w:p>
    <w:p>
      <w:r>
        <w:t>ECLI: ECLI:SK:NSSR:2016:1012201857.1</w:t>
      </w:r>
    </w:p>
    <w:p>
      <w:r>
        <w:t>Dátum vydania: 15.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1So/12/2016 Identifikačné číslo súdneho spisu: 1012201857 Dátum vydania rozhodnutia: 16. 03. 2016 Meno a priezvisko sudcu, VSÚ: JUDr. Igor Belko ECLI: ECLI:SK:NSSR:2016:1012201857.1</w:t>
      </w:r>
    </w:p>
    <w:p>
      <w:r>
        <w:t>Uznesenie Najvyšší súd Slovenskej republiky v právnej veci navrhovateľky: F.. P. J., bytom G. č. X, XXX XX B., proti odporkyni: Sociálna poisťovňa - ústredie, Bratislava, Ul. 29. augusta, o invalidný dôchodok, o odvolaní navrhovateľky proti rozsudku Krajského súdu v Bratislave č. k. 8Sd/59/2012-200 z 08.12.2015, takto</w:t>
      </w:r>
    </w:p>
    <w:p>
      <w:r>
        <w:t>r o z h o d o l :</w:t>
      </w:r>
    </w:p>
    <w:p>
      <w:r>
        <w:t>Najvyšší súd Slovenskej republiky odvolanie navrhovateľky o d m i e t a .</w:t>
      </w:r>
    </w:p>
    <w:p>
      <w:r>
        <w:t>Navrhovateľka n e m á právo na náhradu trov odvolacieho konania.</w:t>
      </w:r>
    </w:p>
    <w:p>
      <w:r>
        <w:t>o d ô v o d n e n i e :</w:t>
      </w:r>
    </w:p>
    <w:p>
      <w:r>
        <w:t>Krajský súd napadnutým rozsudkom potvrdil rozhodnutie odporkyne č. XXX XXX XXXX z 10.07.2012, ktorým bola navrhovateľke znížená suma invalidného dôchodku, v spojení so zmenovým rozhodnutím č. XXX XXX XXXX X-I zo 16.04.2015 ako aj rozhodnutie č. XXX XXX XXXX X-II zo 16.04.2015.</w:t>
      </w:r>
    </w:p>
    <w:p>
      <w:r>
        <w:t>Proti uvedenému rozsudku podala navrhovateľka odvolanie.</w:t>
      </w:r>
    </w:p>
    <w:p>
      <w:r>
        <w:t>Najvyšší súd Slovenskej republiky ako súd odvolací (§ 10 ods. 2 O.s.p.) prejednal vec podľa § 212 ods. 1 v spojení s § 246c O.s.p., bez nariadenia odvolacieho pojednávania (§ 250ja ods. 2 veta prvá O.s.p.) a jednomyseľne (§ 3 ods. 9 zákona č. 757/2004 Z. z. o súdoch a o zmene a doplnení niektorých zákonov) dospel k záveru, že odvolanie navrhovateľky je potrebné odmietnuť.</w:t>
      </w:r>
    </w:p>
    <w:p>
      <w:r>
        <w:t>Odvolanie sa podáva do 15 dní od doručenia rozhodnutia na súde, proti rozhodnutiu ktorého smeruje (§ 204 ods. 1 O.s.p.).</w:t>
      </w:r>
    </w:p>
    <w:p>
      <w:r>
        <w:t>Odvolací súd odmietne odvolanie, ktoré bolo podané oneskorene (§ 218 ods. 1 písm. a) O.s.p.).</w:t>
      </w:r>
    </w:p>
    <w:p>
      <w:r>
        <w:t>Rovnopis písomného vyhotovenia napadnutého rozsudku bol navrhovateľke doručený dňa 14.12.2015, o čom svedčí jej podpis na doručenke vrátenej súdu. Lehota na podanie odvolania je 15 dní odo dňa doručenia napadnutého rozsudku, o čom bola navrhovateľka riadne poučená a táto uplynula dňom 29.12.2015. Navrhovateľka podala odvolanie proti predmetnému rozsudku osobne na Krajskom súde v Bratislave dňa 30.12.2015 teda po uplynutí zákonnej lehoty.</w:t>
      </w:r>
    </w:p>
    <w:p>
      <w:r>
        <w:t>Z uvedených dôvodov Najvyšší súd Slovenskej republiky odvolanie ako oneskorene podané odmietol podľa § 218 ods. l písm. a) v spojení s § 204 ods. 1 O.s.p.. Nemohol sa zaoberať dôvodmi odvolania ani obsahom napadnutého rozsudku, pretože zistil dôvod, ktorý viedol k nemeritórnemu (procesnému) rozhodnutiu. Preto odvolanie nebolo možné vecne prejednať a o ňom rozhodnúť.</w:t>
      </w:r>
    </w:p>
    <w:p>
      <w:r>
        <w:t>O náhrade trov odvolacieho konania rozhodol odvolací súd podľa § 224 ods. 1 v spojení s § 146 ods. 1 písm. c) a s § 246c ods. l prvá veta O.s.p. a navrhovateľke trovy odvolacieho konania nepriznal, keďže výsledok konania je obdobný, ako pri zastavení konania.</w:t>
      </w:r>
    </w:p>
    <w:p>
      <w:r>
        <w:t>Poučenie:</w:t>
      </w:r>
    </w:p>
    <w:p>
      <w:r>
        <w:t>Proti tomuto uzneseniu opravný prostriedok nie je prípustný.</w:t>
      </w:r>
    </w:p>
    <w:p/>
    <w:p>
      <w:r>
        <w:t>Zdroj: KAUZIS.SK – https://www.kauzis.sk/judikatura/r/ECLI:SK:NSSR:2016:1012201857.1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