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4Sžo/112/2015 z 2. 5. 2016</w:t>
      </w:r>
    </w:p>
    <w:p>
      <w:r>
        <w:t>Uznesenie Najvyššieho súdu SR z 2. mája 2016, sp. zn. 4Sžo/112/2015, ECLI:SK:NSSR:2016:1013201630.1</w:t>
      </w:r>
    </w:p>
    <w:p>
      <w:r>
        <w:t>Súd: Najvyšší súd</w:t>
      </w:r>
    </w:p>
    <w:p>
      <w:r>
        <w:t>Spisová značka: 4Sžo/112/2015</w:t>
      </w:r>
    </w:p>
    <w:p>
      <w:r>
        <w:t>ECLI: ECLI:SK:NSSR:2016:1013201630.1</w:t>
      </w:r>
    </w:p>
    <w:p>
      <w:r>
        <w:t>Dátum vydania: 2.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4Sžo/112/2015 Identifikačné číslo súdneho spisu: 1013201630 Dátum vydania rozhodnutia: 03. 05. 2016 Meno a priezvisko sudcu, VSÚ: JUDr. Jana Zemková ECLI: ECLI:SK:NSSR:2016:1013201630.1 Uznesenie Najvyšší súd Slovenskej republiky v právnej veci navrhovateľa: POHOTOVOSŤ, s.r.o., so sídlom Pribinova 25, 811 09 Bratislava, IČO: 35807598, proti odporcovi: Okresný úrad Bratislava, katastrálny odbor, Ružová dolina 27, Bratislava, za účasti: E. G., bytom P., zastúpená advokátom JUDr. Mariánom Ševčíkom, CSc., so sídlom Nezábudková 22, Bratislava, v konaní o preskúmanie zákonnosti rozhodnutia odporcu č. V-30271/12 zo dňa 24. apríla 2013, o odvolaní navrhovateľa proti rozsudku Krajského súdu v Bratislave č.k. 5Sp/74/2013-35 zo dňa 14. apríla 2015 v spojení s opravným uznesením č. k. 5Sp/74/2013-46 zo dňa 15. mája 2015, takto r o z h o d o l : Najvyšší súd Slovenskej republiky odvolacie konanie z a s t a v u j e . Žiaden z účastníkov n e m á p r á v o na náhradu trov odvolacieho konania. o d ô v o d n e n i e : Rozsudkom krajského súdu bolo potvrdené rozhodnutie právneho predchodcu odporcu, ktorým zamietol návrh na vklad zmluvy o zriadení záložného práva uzavretej medzi navrhovateľom a E. G.. Proti rozsudku krajského súdu podal včas navrhovateľ odvolanie, ktoré bolo predložené na rozhodnutie najvyššiemu súdu. Pred rozhodnutím o odvolaní, vzal navrhovateľ svoje odvolanie podaním zo dňa 08.03.2016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O.s.p.. Poučenie: Proti tomuto uzneseniu n i e j e prípustný opravný prostriedok.</w:t>
      </w:r>
    </w:p>
    <w:p/>
    <w:p>
      <w:r>
        <w:t>Zdroj: KAUZIS.SK – https://www.kauzis.sk/judikatura/r/ECLI:SK:NSSR:2016:1013201630.1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