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5Sžo/251/2015 z 21. 3. 2016</w:t>
      </w:r>
    </w:p>
    <w:p>
      <w:r>
        <w:t>Uznesenie Najvyššieho súdu SR z 21. marca 2016, sp. zn. 5Sžo/251/2015, ECLI:SK:NSSR:2016:1015200669.2</w:t>
      </w:r>
    </w:p>
    <w:p>
      <w:r>
        <w:t>Súd: Najvyšší súd</w:t>
      </w:r>
    </w:p>
    <w:p>
      <w:r>
        <w:t>Spisová značka: 5Sžo/251/2015</w:t>
      </w:r>
    </w:p>
    <w:p>
      <w:r>
        <w:t>ECLI: ECLI:SK:NSSR:2016:1015200669.2</w:t>
      </w:r>
    </w:p>
    <w:p>
      <w:r>
        <w:t>Dátum vydania: 21. 3. 2016</w:t>
      </w:r>
    </w:p>
    <w:p>
      <w:r>
        <w:t>Forma: Uznesenie</w:t>
      </w:r>
    </w:p>
    <w:p>
      <w:pPr>
        <w:pStyle w:val="Heading2"/>
      </w:pPr>
      <w:r>
        <w:t>Text rozhodnutia</w:t>
      </w:r>
    </w:p>
    <w:p>
      <w:r>
        <w:t>Súd: Najvyšší súd Spisová značka: 5Sžo/251/2015 Identifikačné číslo súdneho spisu: 1015200669 Dátum vydania rozhodnutia: 22. 03. 2016 Meno a priezvisko sudcu, VSÚ: JUDr. Milan Morava ECLI: ECLI:SK:NSSR:2016:1015200669.2 Uznesenie Najvyšší súd Slovenskej republiky v právnej veci žalobcu: A. Z., nar. XX.XX.XXXX, trvale bytom: N. (korešpondenčná adresa: F.), proti žalovanému: Okresný úrad Bratislava, odbor všeobecnej vnútornej správy, Staromestská 6, 814 40 Bratislava, o preskúmanie zákonnosti rozhodnutia žalovaného č.j.: OU- BA-OVVS2-2014/041042, Pr-1164/2014 Za.P12 zo 16. mája 2014, na odvolanie žalobcu proti uzneseniu Krajského súdu v Bratislave č.k. 6S/105/2015-61 z 30. októbra 2015, jednomyseľne, takto r o z h o d o l : Najvyšší súd Slovenskej republiky napadnuté uznesenie Krajského súdu v Bratislave č.k. 6S/105/2015-61 z 30. októbra 2015 p o t v r d z u j e . Žalobcovi náhradu trov odvolacieho konania n e p r i z n á v a . o d ô v o d n e n i e : Napadnutým uznesením č.k. 6S/105/2015-61 z 30. októbra 2015 Krajský súd v Bratislave podľa § 250d ods. 3 a 104 ods. 1 veta prvá Občianskeho súdneho poriadku (ďalej len „OSP“) zastavil konanie z dôvodu, že ide o taký nedostatok podmienky konania, ktorý nemožno odstrániť. V odôvodnení svojho rozhodnutia odvolávajúc sa na ustanovenie § 244 ods. 1 a 3 OSP uviedol, že žalobca v správnom konaní ani v žalobe žiadnym spôsobom neuviedol, akým konkrétnym spôsobom boli porušené jeho subjektívne práva, uviedol len, že po vydaní záznamu o odložení veci vyšli najavo nové skutočnosti, na základe čoho krajský súd dospel k záveru, že žalobca svojou žalobou nenapadol rozhodnutie, ktorým došlo k založeniu, zmene alebo zrušeniu jeho subjektívnych práv. Dodal, že záznam o odložení veci žiadnym spôsobom nezmenil, nezaložil ani nezrušil žiadne existujúce právo žalobcu v danej veci. Konanie ukončené týmto spôsobom nebolo začaté na podnet žalobcu a preto nedošlo ani k porušeniu práva disponovať s vlastným návrhom alebo žiadosťou predloženým správnemu orgánu. Zároveň konštatoval, že žalobca podal žalobu po uplynutí lehoty stanovenej v ustanovení § 250b ods. 1 OSP, keďže v danom prípade žalobca obdržal žalobou napadnutý záznam o odložení veci 16.10.2014 a žaloba bola osobne podaná na súd 22.04.2015, teda po uplynutí lehoty na podanie žaloby, ktorá uplynula v zmysle citovaného ustanovenia 16.12.2014. O trovách konania súd rozhodol podľa ustanovenia § 146 ods. 1 písm. c/ v spojení s ustanovením § 246c OSP tak, že žiadnemu z účastníkov nepriznal náhradu trov konania. Proti tomuto uzneseniu podal žalobca odvolanie v lehote stanovenej zákonom (§ 204 ods. 1 OSP, § 246c ods. 1 veta prvá OSP, § 250l ods. 2 OSP) z dôvodov podľa § 205 ods. 2 písm. a/ až f/ OSP, nesúhlasiac s právnym názorum krajského súdu v plnom rozsahu žiadal, aby najvyšší súd zrušil napadnuté uznesenie krajského súdu a vyhovel jeho petitu. V dôvodoch svojho odvolania namietal, že krajský súd nezobral do úvahy žiadne objektívne skutočnosti uvedené v žalobe z 22. apríla 2015 a nebolo objektívne zhodnotené, že žalobcovi boli upreté ústavné práva na spravodlivé ukončenie sporu sp.zn. 4T/119/2011 zo 14. novembra 2012. Vo veci sp.zn. 4T/119/2011 došlo k strate spisu a po zrekonštruovaní spisu tento bol zaslaný na Obvodný úrad Bratislava po zákonom stanovenej lehote, preto žalovaný Obvodný úrad Bratislava, odbor všeobecnej vnútornej správy ako vecne a miestne príslušný správny orgán podľa § 4 ods. 1 zákona č. 180/2013 Z.z. rozhodol a vo svojom rozhodnutí vydal záznam o odložení veci sp.zn. OU-BA-OVVS2-2014/041042, Pr-1164/2014 Za.P12 zo 16. mája 2015, pretože zodpovednosť za priestupok zanikla. Uvedenou skutočnosťou bol žalobca poškodený treťou osobou, nakoľko nezapríčinil nedoručenie spisu sp.zn. 4T/119/2011 v zákonnej lehote, čím mu boli upreté občianske práva. Na základe uvedených skutočností žiadal súd, aby zrušil záznam o odložení veci sp.zn. OU-BA- OVVS2-2014/041042, Pr-1164/2014 Za.P12 zo 16. mája 2015 a nariadil žalovanému správnemu orgánu prejednať priestupok proti občianskemu spolunažívaniu podľa požiadavky uznesenia č.k. 4T/119/2011 zo 14. novembra 2012. Žalovaný sa k odvolaniu žalobcu, ktoré mu bolo doručené 3. decembra 2015 písomne nevyjadril. Najvyšší súd Slovenskej republiky, ako súd odvolací (§ 10 ods. 2 OSP), preskúmal napadnuté uznesenie bez pojednávania v súlade s § 214 ods. 2 písm. c/ OSP a jednomyseľne dospel k záveru, že odvolaniu žalobcu nemožno priznať úspech. Podľa § 247 ods. 1 OSP podľa ustanovení tejto hlavy sa postupuje v prípadoch, v ktorých fyzická alebo právnická osoba tvrdí, že bola na svojich právach ukrátená rozhodnutím a postupom správneho orgánu, a žiada, aby súd preskúmal zákonnosť tohto rozhodnutia a postupu. Podľa § 247 ods. 2 OSP pri rozhodnutí správneho orgánu vydaného v správnom konaní je predpokladom postupu podľa tejto hlavy, aby išlo o rozhodnutie, ktoré po vyčerpaní riadnych opravných prostriedkov, ktoré sa preň pripúšťajú, nadobudlo právoplatnosť. Podľa § 250b ods. 1 OSP žaloba sa musí podať do dvoch mesiacov od doručenia rozhodnutia správneho orgánu v poslednom stupni, pokiaľ osobitný zákon neustanovuje inak. Zameškanie lehoty nemožno odpustiť.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Najvyšší súd zo spisu krajského súdu, ktorého súčasťou je aj administratívny spis, zistil, že žalobca sa žalobou podanou osobne na súd 22. apríla 2015 domáhal preskúmania rozhodnutia žalovaného č. OU-BA-OVVS2-2014/041042 Pr-1164/2014 Za.P12 zo 16. mája 2014, ktorým žalovaný podľa § 66 ods. 2 písm. e/ zákona č. 372/1990 o priestupkoch v znení neskorších predpisov odložil vec podozrenia z priestupku proti občianskemu spolunažívaniu podľa § 49 ods. 1 písm. b/ zákona o priestupkoch, ktorého sa mal dopustiť žalobca tak, že od presne nezisteného času až do 20. januára 2011 v N., v spoločnom byte psychicky a fyzicky mal týrať manželku M. Z. tak, že jej mal vulgárne nadávať, vyhrážať sa jej a jej rodine zabitím, fyzicky ju napádať, udierať rukami po tvári, hlave a tele, hádzať po nej rôzne predmety, ako hrnce, rádio, fotelku, pričom toto jeho konanie malo trvať s prestávkami posledných cca 12 rokov vo frekvenciách raz za 2 alebo 3 mesiace a malo sa vystupňovať od novembra 2010, kedy M. Z. podala žiadosť o rozvod, pretože zodpovednosť za priestupok dňa 20. januára 2013 zanikla. Z administratívneho spisu najvyššiemu súdu vyplynulo, že žalobou napadnuté rozhodnutie žalovaného zo č. OU-BA-OVVS2-2014/041042 Pr-1164/2014 Za.P12 zo 16. mája 2014 bolo žalobcovi na vlastnú žiadosť doručné 16. októbra 2014, Vzhľadom na uvedené sa najvyšší súd v celom rozsahu stotožnil s odôvodnením napadnutého uznesenia súdu prvého stupňa (§ 219 ods. 2 OSP), pretože žalobca podal žalobu na súd oneskorene. Posledný deň lehoty na podanie žaloby bol deň 16.12.2014 a žaloba bola podaná osobne na súd 22.04.2015. Podľa § 250b ods. 1 veta druhá OSP zmeškanie lehoty na podanie žaloby nemožno odpustiť. Vzhľadom na to, že ide o taký nedostatok podmienky konania, ktorý nemožno odstrániť, bráni tomu, aby súd mohol vo veci konať a vydať rozhodnutie vo veci samej. Námietky žalobcu uvedené v odvolaní proti uzneseniu krajského súdu nemajú nijaký vplyv na vecnú správnosť zastavenia konania krajským súdom pre zmeškanie dvojmesačnej lehoty na podanie žaloby. Žalobca v odvolaní uplatnil všetky dôvody odvolania, pričom z obsahu odvolania nevyplývajú žiadne skutočnosti, ktorými by mohla byť spochybnená vecná správnosť rozhodnutia krajského súdu. Žalobca v podanom odvolaní neuviedol žiadne skutočnosti, pre ktoré by bolo potrebné napadnuté uznesenie o zastavení konania pre zmeškanie lehoty na podanie žaloby a preto odvolací súd napadnuté uznesenie krajského súdu Krajského súdu v Bratislave č.k. 6S/105/2015-61 z 30. októbra 2015 podľa 250ja ods. 3 veta druhá OSP a § 219 ods. 1 OSP ako vecne správne potvrdil. O náhrade trov odvolacieho konania rozhodol odvolací súd podľa § 224 ods. 1 a § 142 ods. 1 OSP s poukazom na § 246c ods. 1 veta prvá OSP a § 250k ods. 1 OSP, keďže žalobca v odvolacom konaní úspech nemal a žalovaném v odvolacom konaní trovy nevznikli. Toto rozhodnutie prijal senát Najvyššieho súdu Slovenskej republiky v pomere hlasov 3:0 (§ 3 ods. 9 veta tretia zákona č. 757/2004 Z.z. o súdoch a o zmene a doplnení niektorých zákonov v znení účinnom od 1. mája 2011). Poučenie: Proti tomuto uzneseniu odvolanie nie je prípustné.</w:t>
      </w:r>
    </w:p>
    <w:p/>
    <w:p>
      <w:r>
        <w:t>Zdroj: KAUZIS.SK – https://www.kauzis.sk/judikatura/r/ECLI:SK:NSSR:2016:1015200669.2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