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6Sžo/236/2015 z 28. 6. 2016</w:t>
      </w:r>
    </w:p>
    <w:p>
      <w:r>
        <w:t>Uznesenie Najvyššieho súdu SR z 28. júna 2016, sp. zn. 6Sžo/236/2015, ECLI:SK:NSSR:2016:2014200438.1</w:t>
      </w:r>
    </w:p>
    <w:p>
      <w:r>
        <w:t>Súd: Najvyšší súd</w:t>
      </w:r>
    </w:p>
    <w:p>
      <w:r>
        <w:t>Spisová značka: 6Sžo/236/2015</w:t>
      </w:r>
    </w:p>
    <w:p>
      <w:r>
        <w:t>ECLI: ECLI:SK:NSSR:2016:2014200438.1</w:t>
      </w:r>
    </w:p>
    <w:p>
      <w:r>
        <w:t>Dátum vydania: 28. 6.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Najvyšší súd Spisová značka: 6Sžo/236/2015 Identifikačné číslo súdneho spisu: 2014200438 Dátum vydania rozhodnutia: 29. 06. 2016 Meno a priezvisko sudcu, VSÚ: JUDr. Alena Adamcová ECLI: ECLI:SK:NSSR:2016:2014200438.1 Uznesenie Najvyšší súd Slovenskej republiky v právnej veci navrhovateľa: POHOTOVOSŤ, s.r.o., so sídlom Pribinova 25, 811 09 Bratislava, IČO: 35 807 598, proti odporcovi: Okresný úrad Galanta, katastrálny odbor, Ulica 29. augusta 10, 924 01 Galanta, za účasti: P. E., bytom W., o opravnom prostriedku proti rozhodnutiu odporcu č. V 4047/12-2 zo 7. marca 2014, o odvolaní navrhovateľa proti rozsudku Krajského súdu v Trnave č. k. 38Sp/33/2014-28 z 18. augusta 2015, takto r o z h o d o l : Najvyšší súd Slovenskej republiky odvolacie konanie z a s t a v u j e. Žiaden z účastníkov nemá právo na náhradu trov odvolacieho konania. o d ô v o d n e n i e : Napadnutým rozsudkom Krajský súd v Trnave potvrdil rozhodnutie odporcu č. V 4047/12-2 zo 7. marca 2014, ktorým podľa § 31 ods. 3 zákona č. 162/1995 Z.z. o katastri nehnuteľností a o zápise vlastníckych a iných práv k nehnuteľnostiam v znení neskorších predpisov (katastrálny zákon) zamietol návrh na vklad záložného práva do katastra nehnuteľností. Proti tomuto rozsudku podal navrhovateľ v zákonnej lehote odvolanie, ktoré písomným podaním zo 6. júna 2016, doručeným Najvyššiemu súdu Slovenskej republiky dňa 10. júna 2016 vzal v celom rozsahu späť a žiadal konanie zastaviť.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c)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https://www.kauzis.sk/judikatura/r/ECLI:SK:NSSR:2016:2014200438.1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