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4Sžo/233/2015 z 1. 11. 2016</w:t>
      </w:r>
    </w:p>
    <w:p>
      <w:r>
        <w:t>Uznesenie Najvyššieho súdu SR z 1. novembra 2016, sp. zn. 4Sžo/233/2015, ECLI:SK:NSSR:2016:2014200445.1</w:t>
      </w:r>
    </w:p>
    <w:p>
      <w:r>
        <w:t>Súd: Najvyšší súd</w:t>
      </w:r>
    </w:p>
    <w:p>
      <w:r>
        <w:t>Spisová značka: 4Sžo/233/2015</w:t>
      </w:r>
    </w:p>
    <w:p>
      <w:r>
        <w:t>ECLI: ECLI:SK:NSSR:2016:2014200445.1</w:t>
      </w:r>
    </w:p>
    <w:p>
      <w:r>
        <w:t>Dátum vydania: 1. 11. 2016</w:t>
      </w:r>
    </w:p>
    <w:p>
      <w:r>
        <w:t>Forma: Uznesenie</w:t>
      </w:r>
    </w:p>
    <w:p>
      <w:pPr>
        <w:pStyle w:val="Heading2"/>
      </w:pPr>
      <w:r>
        <w:t>Text rozhodnutia</w:t>
      </w:r>
    </w:p>
    <w:p>
      <w:r>
        <w:t>Súd: Najvyšší súd Spisová značka: 4Sžo/233/2015 Identifikačné číslo súdneho spisu: 2014200445 Dátum vydania rozhodnutia: 02. 11. 2016 Meno a priezvisko sudcu, VSÚ: JUDr. Jana Zemková ECLI: ECLI:SK:NSSR:2016:2014200445.1 Uznesenie Najvyšší súd Slovenskej republiky v právnej veci navrhovateľa: POHOTOVOSŤ, s.r.o., so sídlom Pribinova 25, 811 09 Bratislava, IČO: 35 807 598, proti odporcovi: Okresný úrad Galanta, katastrálny odbor, so sídlom Ul. 29 augusta č. 10, Galanta, za účasti: L. W., naposledy bytom K., zastúpená opatrovníkom: Mgr. L.B., vyšší súdny úradník Okresného súdu Trnava, v konaní o preskúmanie rozhodnutia odporcu č. V 3656/2013-2 zo dňa 22. októbra 2013, konajúc o odvolaní navrhovateľa proti rozsudku Krajského súdu v Trnave č.k. 38Sp/36/2014-54 zo dňa 18. augusta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L. W.. Proti rozsudku krajského súdu podal včas navrhovateľ odvolanie, ktoré bolo predložené na rozhodnutie najvyššiemu súdu. Pred rozhodnutím o odvolaní, vzal navrhovateľ svoje odvolanie podaním zo dňa 7. septembra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https://www.kauzis.sk/judikatura/r/ECLI:SK:NSSR:2016:2014200445.1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