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2Sžr/23/2016 z 5. 7. 2016</w:t>
      </w:r>
    </w:p>
    <w:p>
      <w:r>
        <w:t>Uznesenie Najvyššieho súdu SR z 5. júla 2016, sp. zn. 2Sžr/23/2016, ECLI:SK:NSSR:2016:2015200316.1</w:t>
      </w:r>
    </w:p>
    <w:p>
      <w:r>
        <w:t>Súd: Najvyšší súd</w:t>
      </w:r>
    </w:p>
    <w:p>
      <w:r>
        <w:t>Spisová značka: 2Sžr/23/2016</w:t>
      </w:r>
    </w:p>
    <w:p>
      <w:r>
        <w:t>ECLI: ECLI:SK:NSSR:2016:2015200316.1</w:t>
      </w:r>
    </w:p>
    <w:p>
      <w:r>
        <w:t>Dátum vydania: 5.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2Sžr/23/2016 Identifikačné číslo súdneho spisu: 2015200316 Dátum vydania rozhodnutia: 06. 07. 2016 Meno a priezvisko sudcu, VSÚ: JUDr. Elena Kováčová ECLI: ECLI:SK:NSSR:2016:2015200316.1 Uznesenie Najvyšší súd Slovenskej republiky v právnej veci navrhovateľa: POHOTOVOSŤ, s.r.o., Pribinova 25, Bratislava, IČO: 35 807 598, proti odporcovi: Okresný úrad Piešťany, katastrálny odbor, Krajinská cesta č. 5053/13, Piešťany, za účasti L., o opravnom prostriedku proti rozhodnutiu odporcu č. V 3613/14-01 zo dňa 20.02.2015, o odvolaní navrhovateľa proti rozsudku Krajského súdu v Trnave č. k. 20Sp/11/2015-31 zo dňa 27.11.2015, takto r o z h o d o l : Najvyšší súd Slovenskej republiky odvolacie konanie z a s t a v u j e. Žiaden z účastníkov nemá právo na náhradu trov odvolacieho konania. o d ô v o d n e n i e : Napadnutým rozsudkom Krajský súd v Trnave potvrdil rozhodnutie odporcu č. V 3613/14-01 zo dňa 20.02.2015, ktorým podľa § 31 ods. 3 zákona č. 162/1995 Z. z. o katastri nehnuteľnosti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27.04.2016, doručeným Najvyššiemu súdu Slovenskej republiky dňa 05.05.2016, vzal v celom rozsahu späť a žiadal konanie zastaviť. Dňom 01.07.2016 nadobudol účinnosť zákon č. 162/2015 Z. z. Správny súdny poriadok (ďalej len „SPS“) upravujúci v zmysle § 1 a) právomoc a príslušnosť správneho súdu konajúceho a rozhodujúceho v správnom súdnictve, b) konanie a postup správneho súdu, účastníkov konania a ďalších osôb v správnom súdnictve. Podľa § 492 ods. 2 SPS, odvolacie konania podľa piatej časti Občianskeho súdneho poriadku začaté predo dňom nadobudnutia účinnosti tohto zákona sa dokončia podľa doterajších predpisov. Podľa § 246c ods. 1 veta prvá Občianskeho súdneho poriadku (ďalej len „O.s.p.“)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207 ods. 3 O.s.p. v spojení s § 246c ods. 1 veta prvá O.s.p. zastavil. O trovách odvolacieho konania rozhodol odvolací súd podľa § 146 ods. 1 písm. c/ O.s.p. a § 246c ods. 1 veta prvá O.s.p.. Toto rozhodnutie prijal Najvyšší súd Slovenskej republiky v senáte pomerom hlasov 3:0 (§ 3 ods. 9 zákona č. 757/2004 Z. 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https://www.kauzis.sk/judikatura/r/ECLI:SK:NSSR:2016:2015200316.1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