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8Sžo/269/2015 z 17. 2. 2016</w:t>
      </w:r>
    </w:p>
    <w:p>
      <w:r>
        <w:t>Uznesenie Najvyššieho súdu SR z 17. februára 2016, sp. zn. 8Sžo/269/2015, ECLI:SK:NSSR:2016:2015200331.1</w:t>
      </w:r>
    </w:p>
    <w:p>
      <w:r>
        <w:t>Súd: Najvyšší súd</w:t>
      </w:r>
    </w:p>
    <w:p>
      <w:r>
        <w:t>Spisová značka: 8Sžo/269/2015</w:t>
      </w:r>
    </w:p>
    <w:p>
      <w:r>
        <w:t>ECLI: ECLI:SK:NSSR:2016:2015200331.1</w:t>
      </w:r>
    </w:p>
    <w:p>
      <w:r>
        <w:t>Dátum vydania: 17.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8Sžo/269/2015 Identifikačné číslo súdneho spisu: 2015200331 Dátum vydania rozhodnutia: 18. 02. 2016 Meno a priezvisko sudcu, VSÚ: JUDr. Jaroslava Fúrová ECLI: ECLI:SK:NSSR:2016:2015200331.1 Uznesenie Najvyšší súd Slovenskej republiky v právnej veci navrhovateľa: POHOTOVOSŤ, s.r.o., so sídlom Pribinova 25, Bratislava, proti odporcovi: Okresný úrad Senica, katastrálny odbor, so sídlom Hollého 1596/18A, Senica, za účasti: I., v konaní o opravnom prostriedku proti rozhodnutiu odporcu č. V 2870/13-2 zo dňa 10.09.2014, o odvolaní navrhovateľa proti rozsudku Krajského súdu v Trnave č. k. 21Sp/11/2015 - 30 zo dňa 29.10.2015, jednohlasne, takto r o z h o d o l : Najvyšší súd Slovenskej republiky odvolacie konanie z a s t a v u j e . Žiaden z účastníkov nemá právo na náhradu trov odvolacieho konania. o d ô v o d n e n i e : Napadnutým rozsudkom Krajský súd v Trnave potvrdil rozhodnutie odporcu č. V 2870/13-2 zo dňa 10.09.2014, ktorým zamietol návrh na vklad záložného práva zo zmluvy zo dňa 01.10.2013, ktorú uzavrel navrhovateľ ako záložný veriteľ a I. ako záložca, zastúpený splnomocnencom Pro Help - združenie občianskoprávnej pomoci, Povraznícka 18, Bratislava, zastúpená predsedom Petrom Mamojkom, podľa ktorej predmetom zriadenia záložného práva sú nehnuteľnosti nachádzajúce sa v kat. území A.. Navrhovateľovi, rovnako ako ani účastníčke konania náhradu trov konania nepriznal. Zároveň navrhovateľovi uložil povinnosť zaplatiť súdny poplatok v sume 35 € do troch dní od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16.02.2016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https://www.kauzis.sk/judikatura/r/ECLI:SK:NSSR:2016:2015200331.1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