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5Sžr/35/2016 z 9. 3. 2016</w:t>
      </w:r>
    </w:p>
    <w:p>
      <w:r>
        <w:t>Uznesenie Najvyššieho súdu SR z 9. marca 2016, sp. zn. 5Sžr/35/2016, ECLI:SK:NSSR:2016:2015200337.1</w:t>
      </w:r>
    </w:p>
    <w:p>
      <w:r>
        <w:t>Súd: Najvyšší súd</w:t>
      </w:r>
    </w:p>
    <w:p>
      <w:r>
        <w:t>Spisová značka: 5Sžr/35/2016</w:t>
      </w:r>
    </w:p>
    <w:p>
      <w:r>
        <w:t>ECLI: ECLI:SK:NSSR:2016:2015200337.1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5Sžr/35/2016 Identifikačné číslo súdneho spisu: 2015200337 Dátum vydania rozhodnutia: 10. 03. 2016 Meno a priezvisko sudcu, VSÚ: JUDr. Milan Morava ECLI: ECLI:SK:NSSR:2016:2015200337.1 Uznesenie Najvyšší súd Slovenskej republiky v právnej veci navrhovateľa POHOTOVOSŤ, s.r.o. so sídlom v Bratislave, Pribinova 25, proti odporcovi Okresný úrad Dunajská Streda, katastrálny odbor, so sídlom Agátová 7, Dunajská Streda, za účasti: A. F. a K. F., obaja bytom I., o preskúmanie zákonnosti rozhodnutia odporcu z 23. februára 2015, č. V 8959/14-02, konajúc o odvolaní navrhovateľa proti rozsudku Krajského súdu v Trnave z 27. novembra 2015, č.k. 20Sp/13/2015-32, takto r o z h o d o l : Najvyšší súd Slovenskej republiky odvolacie konanie z a s t a v u j e . Žiaden z účastníkov n e m á p r á v o na náhradu trov odvolacieho konania. o d ô v o d n e n i e : Krajský súd v Trnave (ďalej len „krajský súd“) rozsudkom z 27. novembra 2015, č.k. 20Sp/13/2015-32, potvrdil napadnuté rozhodnutie, ktorým odporca zamietol návrh na vklad zmluvy o zriadení záložného práva na nehnuteľnostiach uzavretej medzi navrhovateľom ako záložným veriteľom a A. F. a K. F. ako záložcami, č. 631/2014-PTR z 13.11.2014.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7. marca 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https://www.kauzis.sk/judikatura/r/ECLI:SK:NSSR:2016:2015200337.1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