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2XECdo/4/2016 z 29. 6. 2016</w:t>
      </w:r>
    </w:p>
    <w:p>
      <w:r>
        <w:t>Uznesenie Najvyššieho súdu SR z 29. júna 2016, sp. zn. 2XECdo/4/2016, ECLI:SK:NSSR:2016:2309211331.1</w:t>
      </w:r>
    </w:p>
    <w:p>
      <w:r>
        <w:t>Súd: Najvyšší súd</w:t>
      </w:r>
    </w:p>
    <w:p>
      <w:r>
        <w:t>Spisová značka: 2XECdo/4/2016</w:t>
      </w:r>
    </w:p>
    <w:p>
      <w:r>
        <w:t>ECLI: ECLI:SK:NSSR:2016:2309211331.1</w:t>
      </w:r>
    </w:p>
    <w:p>
      <w:r>
        <w:t>Dátum vydania: 29.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2XECdo/4/2016 Identifikačné číslo súdneho spisu: 2309211331 Dátum vydania rozhodnutia: 30. 06. 2016 Meno a priezvisko sudcu, VSÚ: JUDr. Viera Petríková ECLI: ECLI:SK:NSSR:2016:2309211331.1 Uznesenie Najvyšší súd Slovenskej republiky v exekučnej veci oprávnenej POHOTOVOSŤ, s.r.o., so sídlom v Bratislave, Pribinova č. 25, zastúpenej advokátskou kanceláriou Fridrich Paľko, s.r.o., so sídlom v Bratislave, Grösslingova č. 4, proti povinnej K., bývajúcej v I., o vymoženie 588,39 € s príslušenstvom, vedenej na Okresnom súde Galanta pod sp. zn. 26 Er 486/2009, o odvolaní a dovolaní oprávnenej proti uzneseniu Krajského súdu v Trnave z 31. marca 2014 sp. zn. 11 CoE 372/2013, takto r o z h o d o l : Konanie o odvolaní proti uzneseniu Krajského súdu v Trnave z 31. marca 2014 sp. zn. 11 CoE 372/2013 z a s t a v u j e . Návrh na prerušenie dovolacieho konania z a m i e t a . Dovolanie proti uzneseniu Krajského súdu v Trnave z 31. marca 2014 sp. zn. 11 CoE 372/2013 o d m i e t a . Povinnej náhradu trov odvolacieho a dovolacieho konania nepriznáva. o d ô v o d n e n i e : Okresný súd Galanta uznesením z 10. mája 2013 č.k. 26 Er 486/2009-23 exekúciu, vedenú na základe rozsudku rozhodcovského súdu, ktorý exekučný súd bližšie špecifikoval v odôvodnení uznesenia (ďalej len „rozhodcovský rozsudok“) zastavil. Náhradu trov exekúcie súdnemu exekútorovi JUDr. L. nepriznal. Uviedol, že v danom prípade bola uzatvorená zmluva o úvere, ktorú treba považovať za spotrebiteľskú zmluvu. Jej súčasťou bola rozhodcovská doložka, ktorú označil za neprijateľnú zmluvnú podmienku, nakoľko nebola osobitne vyjednaná a znemožňovala spotrebiteľovi zvoliť si spôsob riešenia prípadného sporu a ponechávala ho výlučne na vôli dodávateľa. Konštatoval, že takáto doložka sa prieči dobrým mravom, výkon práv a povinností z nej odporuje dobrým mravom, a preto boli splnené podmienky na zastavenie exekúcie. Náhradu trov exekúcie nepriznal, nakoľko súdny exekútor si trovy exekúcie neuplatnil. Na odvolanie oprávnenej Krajský súd v Trnave uznesením z 31. marca 2014 sp. zn. 11 CoE 372/2013 návrhy oprávnenej na prerušenie konania v zmysle § 109 ods. 1 písm. b/ a c/ O.s.p. zamietol a napadnuté uznesenie súdu prvého stupňa v časti zastavenia exekúcie ako vecne správne podľa § 219 ods. 2 O.s.p. potvrdil. Proti uzneseniu odvolacieho súdu podala oprávnená odvolanie (vo výroku o zamietnutí návrhu na prerušenie konania), ktorým žiadala napadnuté rozhodnutie v označenom rozsahu zrušiť a vec vrátiť tomuto súdu na ďalšie konanie. Uvedené uznesenie odvolacieho súdu napadla oprávnená aj dovolaním. Navrhla, aby dovolací súd napadnuté uznesenie odvolacieho súdu a uznesenie súdu prvého stupňa zrušil a vec vrátil súdu prvého stupňa na ďalšie konanie. Ďalej navrhla odložiť vykonateľnosť napadnutého uznesenia a konanie prerušiť podľa § 109 ods. 1 písm. c/ O.s.p. a Súdnemu dvoru Európskej únie na základe čl. 267 Zmluvy o fungovaní Európskej únie predložiť prejudiciálne otázky, ktoré bližšie špecifikovala v podanom dovolaní. Následne v dovolaní uviedla, že v konaní došlo k vadám uvedeným v ustanovení § 237 O.s.p., keď súd rozhodol nad rámec zverenej právomoci (§ 237 písm. a/ O.s.p.); ten, kto v konaní vystupoval ako účastník, nemal spôsobilosť byť účastníkom konania ( § 237 písm. b/ O.s.p. ) pre prípad, že na strane povinného vystupoval vedľajší účastník; v tej istej veci sa už právoplatne rozhodlo (§ 237 písm. d/ O.s.p.); sa nepodal návrh na začatie konania, hoci podľa zákona bol potrebný (§ 237 písm. e/ O.s.p.); súd jej svojím postupom odňal možnosť konať pred súdom (§ 237 písm. f/ O.s.p.). Ďalej uviedla, že konanie je postihnuté inou vadou, ktorá mala za následok nesprávne rozhodnutie vo veci (§ 241 ods. 2 písm. b/ O.s.p.) a tiež aj to, že rozhodnutie vychádza z nesprávneho právneho posúdenia veci (§ 241 ods. 2 písm. c/ O.s.p.). Najvyšší súd Slovenskej republiky (ďalej len „najvyšší súd“) ako súd dovolací (§ 10a ods. 1 O.s.p.) po zistení, že dovolanie podala včas účastníčka konania zastúpená v súlade s § 241 ods. 1 veta druhá O.s.p., bez nariadenia dovolacieho pojednávania (§ 243a ods. 3 O.s.p.) dospel k záveru, že dovolanie treba odmietnuť. V danom prípade dovolací súd rozhoduje o dovolaní v obdobnej veci, aká už bola v počte väčšom ako päť predmetom konania pred dovolacím súdom na základe skoršieho dovolania podaného tou istou dovolateľkou - viď konania vedené na najvyššom súde pod sp. zn. 2 Cdo 17/2013, 2 Cdo 83/2013, 2 ECdo 20/2013, 2 CoE 28/2013, 2 ECdo 114/2013, 2 ECdo 178/2013, 2 ECdo 225/2013, 2 CoE 68/2013, 2 ECdo 313/2013, 2 CoE 115/2013, 2 ECdo 26/2014, 2 CoE 122/2014, 2 ECdo 27/2014, 2 CoE 26/2014, 2 ECdo 57/2014, 2 CoE 41/2014, 2 ECdo 74/2014, 2 CoE 54/2014, 2 ECdo 76/2014, 2 CoE 67/2014, 2 ECdo 122/2014, 2 CoE 87/2014, 2 ECdo 161/2014, 2 CoE 113/2014, 2 ECdo 178/2014, 2 CoE 126/2014, 1 ECdo 209/2013, 1 CoE 59/2013, 4 ECdo 274/2013, 4 ECdo 294/2013, 4 ECdo 294/2013, 4 ECdo 200/2014, 4 CoE 90/2014, 5 ECdo 238/2013, 6 ECdo 75/2013, 6 CoE 76/2013, 7 ECdo 75/2014, 7 CoE 42/2014, 7 ECdo 148/2014, 7 CoE 93/2014, 8 ECdo 145/2014, 8 CoE 82/2014, 8 ECdo 160/2014, 8 CoE 90/2014. Dovolací súd sa s odôvodneniami rozhodnutí, ktoré boli vydané v týchto konaniach (a to tak vo vzťahu k zastaveniu odvolacieho konania, ako aj vo vzťahu k návrhu na prerušenie dovolacieho konania a vo vzťahu k odmietnutiu dovolania), v celom rozsahu stotožňuje a poukazuje na ne. V zmysle § 243b ods. 7 O.s.p. už ďalšie dôvody neuvádza. O trovách odvolacieho konania rozhodol Najvyšší súd Slovenskej republiky podľa § 146 ods. 2 O.s.p. v spojení s § 224 ods. 1 O.s.p. O trovách dovolacieho konania rozhodol Najvyšší súd Slovenskej republiky podľa § 243b ods. 5 O.s.p. v spojení s § 224 ods. 1 O.s.p., § 151 O.s.p. a § 142 ods. 1 O.s.p.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https://www.kauzis.sk/judikatura/r/ECLI:SK:NSSR:2016:2309211331.1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