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2Sžr/94/2014 z 22. 3. 2016</w:t>
      </w:r>
    </w:p>
    <w:p>
      <w:r>
        <w:t>Uznesenie Najvyššieho súdu SR z 22. marca 2016, sp. zn. 2Sžr/94/2014, ECLI:SK:NSSR:2016:3014200433.1</w:t>
      </w:r>
    </w:p>
    <w:p>
      <w:r>
        <w:t>Súd: Najvyšší súd</w:t>
      </w:r>
    </w:p>
    <w:p>
      <w:r>
        <w:t>Spisová značka: 2Sžr/94/2014</w:t>
      </w:r>
    </w:p>
    <w:p>
      <w:r>
        <w:t>ECLI: ECLI:SK:NSSR:2016:3014200433.1</w:t>
      </w:r>
    </w:p>
    <w:p>
      <w:r>
        <w:t>Dátum vydania: 22. 3.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2Sžr/94/2014 Identifikačné číslo súdneho spisu: 3014200433 Dátum vydania rozhodnutia: 23. 03. 2016 Meno a priezvisko sudcu, VSÚ: JUDr. Elena Kováčová ECLI: ECLI:SK:NSSR:2016:3014200433.1 Uznesenie Najvyšší súd Slovenskej republiky v právnej veci navrhovateľa: PETRODOM trade, s.r.o., Mikulášska 1, Bratislava, proti odporcovi: Okresný úrad Ilava, katastrálny odbor, Mierové námestie 81/18, Ilava, za účasti: JUDr. Juraj Puskailer, Páričkova 18, Bratislava, správca konkurznej podstaty úpadcu: FAKTUM trade, s.r.o., Mikulášska 1, Bratislava, o preskúmanie zákonnosti rozhodnutia odporcu č.j. V 2987/2013 zo dňa 10.03.2014, o odvolaní navrhovateľa proti uzneseniu Krajského súdu v Trenčíne č. k. 15Sp/14/2014-15 zo dňa 20. mája 2014, takto r o z h o d o l : Najvyšší súd Slovenskej republiky odvolanie navrhovateľa o d m i e t a . Žiaden z účastníkov nemá právo na náhradu trov odvolacieho konania. o d ô v o d n e n i e : Napadnutým uznesením Krajský súd v Trenčíne zastavil konanie po zistení, že navrhovateľ v podaní z 13.05.2014, doručenom 15.05.2014 uviedol, že odvolanie voči rozhodnutiu odporcu o zamietnutí návrhu na vklad vlastníckeho práva č. j. V 2987/2013 zo dňa 10.03.2014 berie v celom rozsahu späť. Proti uvedenému uzneseniu podal navrhovateľ odvolanie, a to (podľa pripojenej obálky) dňa 24.06.2014. Najvyšší súd Slovenskej republiky ako súd odvolací bez nariadenia pojednávania (§ 214 ods. 2 OSP) pri skúmaní existencie podmienok na konanie o podanom odvolaní dospel k záveru, že odvolanie navrhovateľa bolo podané oneskorene, a preto je potrebné ho odmietnuť. Pre riešenie otázok, ktoré nie sú priamo upravené v tejto časti, sa použijú primerane ustanovenia prvej, tretej a štvrtej časti tohto zákona (§ 246c ods. 1 veta prvá OSP). Odvolanie sa podáva do 15 dní od doručenia rozhodnutia na súde, proti rozhodnutiu ktorého smeruje (§ 204 ods. 1 veta prvá OSP). Ak koniec lehoty pripadne na sobotu, nedeľu alebo sviatok, je posledným dňom lehoty najbližší nasledujúci pracovný deň (§ 57 ods. 2 veta druhá OSP). Odvolací súd odmietne odvolanie, ktoré bolo podané oneskorene (§ 218 ods. 1 písm. a/ OSP). Z predloženého spisu krajského súdu Najvyšší súd Slovenskej republiky zistil, že napadnuté uznesenie bolo navrhovateľovi doručené dňa 07.06.2014 (sobota). Pätnásťdňová lehota na podanie odvolania začala navrhovateľovi plynúť dňom 08.06.2014 a jej koniec pripadol na deň 22.06.2014, ale nakoľko týmto dňom bola nedeľa, posledným dňom lehoty na podanie odvolania bol v zmysle § 57 ods. 2 OSP najbližší nasledujúci pracovný deň, t.j. pondelok 23.06.2014. Vzhľadom na vyššie uvedené skutočnosti Najvyšší súd Slovenskej republiky rozhodol podľa § 218 ods. 1 písm. a/ v spojení s § 246c ods. l veta prvá OSP tak, že oneskorene podané odvolanie navrhovateľa odmietol. O náhrade trov odvolacieho konania odvolací súd rozhodol podľa 246c ods. 1 veta prvá v spojení s § 224 ods. 1 a § 146 ods. 1 OSP per analogiam, keďže odmietnutím odvolania nedošlo k jeho vecnému vybaveniu a nebol daný dôvod na rozhodnutie podľa § 146 ods. 2 OSP. Poučenie: Proti tomuto uzneseniu opravný prostriedok nie je prípustný.</w:t>
      </w:r>
    </w:p>
    <w:p/>
    <w:p>
      <w:r>
        <w:t>Zdroj: KAUZIS.SK – https://www.kauzis.sk/judikatura/r/ECLI:SK:NSSR:2016:3014200433.1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