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6Sžr/6/2016 z 25. 10. 2016</w:t>
      </w:r>
    </w:p>
    <w:p>
      <w:r>
        <w:t>Uznesenie Najvyššieho súdu SR z 25. októbra 2016, sp. zn. 6Sžr/6/2016, ECLI:SK:NSSR:2016:3015200280.1</w:t>
      </w:r>
    </w:p>
    <w:p>
      <w:r>
        <w:t>Súd: Najvyšší súd</w:t>
      </w:r>
    </w:p>
    <w:p>
      <w:r>
        <w:t>Spisová značka: 6Sžr/6/2016</w:t>
      </w:r>
    </w:p>
    <w:p>
      <w:r>
        <w:t>ECLI: ECLI:SK:NSSR:2016:3015200280.1</w:t>
      </w:r>
    </w:p>
    <w:p>
      <w:r>
        <w:t>Dátum vydania: 25.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6Sžr/6/2016 Identifikačné číslo súdneho spisu: 3015200280 Dátum vydania rozhodnutia: 26. 10. 2016 Meno a priezvisko sudcu, VSÚ: JUDr. Alena Adamcová ECLI: ECLI:SK:NSSR:2016:3015200280.1 Uznesenie Najvyšší súd Slovenskej republiky v právnej veci navrhovateľa: POHOTOVOSŤ, s.r.o., so sídlom Pribinova 25, Bratislava, IČO: 35 807 598, proti odporcovi: Okresný úrad Považská Bystrica, katastrálny odbor, Slovenských partizánov 7, Považská Bystrica, za účasti: N. E., bytom S., o opravnom prostriedku proti rozhodnutiu odporcu V 3220/2014 z 12. februára 2015, o odvolaní navrhovateľa proti rozsudku Krajského súdu v Trenčíne č. k. 12Sp/12/2015-25 z 22. októbra 2015, takto r o z h o d o l : Najvyšší súd Slovenskej republiky odvolacie konanie z a s t a v u j e. Žiaden z účastníkov n e m á p r á v o na náhradu trov odvolacieho konania. o d ô v o d n e n i e : Napadnutým rozsudkom Krajský súd v Trenčíne potvrdil rozhodnutie odporcu č. V 3220/2014 z 12. februára 2015,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 11. októbra 2016, doručeným Najvyššiemu súdu Slovenskej republiky dňa 14. októbra 2016 vzal v celom rozsahu späť a žiadal konanie zastaviť. Podľa § 246c ods. 1 veta prvá Občianskeho súdneho poriadku (ďalej len „OSP“)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Vzhľadom na to, že k späťvzatiu odvolania došlo pred rozhodnutím odvolacieho súdu, Najvyšší súd Slovenskej republiky ako súd odvolací (§ 10 ods. 2 OSP) odvolacie konanie podľa § 207 ods. 3 OSP v spojení s § 246c ods. 1 veta prvá OSP zastavil. O trovách odvolacieho konania rozhodol odvolací súd podľa § 146 ods. 1 písm. c) OSP v spojení s § 224 ods. 1 OSP a § 246c ods. 1 veta prvá OSP. Toto rozhodnutie prijal Najvyšší súd Slovenskej republiky v senáte pomerom hlasov 3:0 (§ 3 ods. 9 zákona č. 757/2004 Z.z. o súdoch a o zmene a doplnení niektorých zákonov). Poučenie: Proti tomuto uzneseniu opravný prostriedok n i e j e prípustný.</w:t>
      </w:r>
    </w:p>
    <w:p/>
    <w:p>
      <w:r>
        <w:t>Zdroj: KAUZIS.SK – https://www.kauzis.sk/judikatura/r/ECLI:SK:NSSR:2016:3015200280.1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