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8Sžr/53/2016 z 20. 7. 2016</w:t>
      </w:r>
    </w:p>
    <w:p>
      <w:r>
        <w:t>Uznesenie Najvyššieho súdu SR z 20. júla 2016, sp. zn. 8Sžr/53/2016, ECLI:SK:NSSR:2016:3015200722.1</w:t>
      </w:r>
    </w:p>
    <w:p>
      <w:r>
        <w:t>Súd: Najvyšší súd</w:t>
      </w:r>
    </w:p>
    <w:p>
      <w:r>
        <w:t>Spisová značka: 8Sžr/53/2016</w:t>
      </w:r>
    </w:p>
    <w:p>
      <w:r>
        <w:t>ECLI: ECLI:SK:NSSR:2016:3015200722.1</w:t>
      </w:r>
    </w:p>
    <w:p>
      <w:r>
        <w:t>Dátum vydania: 20.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8Sžr/53/2016 Identifikačné číslo súdneho spisu: 3015200722 Dátum vydania rozhodnutia: 21. 07. 2016 Meno a priezvisko sudcu, VSÚ: JUDr. Jaroslava Fúrová ECLI: ECLI:SK:NSSR:2016:3015200722.1 Uznesenie Najvyšší súd Slovenskej republiky v právnej veci navrhovateľa: POHOTOVOSŤ, s.r.o., so sídlom Pribinova 25, 811 09 Bratislava, IČO: 35 807 598, proti odporcovi: Okresný úrad Prievidza, katastrálny odbor, so sídlom UI. M. Mišíka 28, 971 01 Prievidza, za účasti: T., o opravnom prostriedku proti rozhodnutiu odporcu č. V 1711/2015 zo dňa 06.07.2015, o odvolaní navrhovateľa proti rozsudku Krajského súdu v Trenčíne č. k. 15Sp/33/2015-27 zo dňa 11.01.2016,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1711/2015 zo dňa 06.07.2015, ktorým podľa § 31 ods. 3 zákona č. 162/1995 Z. 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13.07.2016, doručeným Najvyššiemu súdu Slovenskej republiky dňa 19.07.2016 vzal v celom rozsahu späť a žiadal konanie zastaviť. Podľa § 246c ods. 1 veta prvá Občianskeho súdneho poriadku (ďalej aj ako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https://www.kauzis.sk/judikatura/r/ECLI:SK:NSSR:2016:3015200722.1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