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9So/132/2014 z 27. 9. 2016</w:t>
      </w:r>
    </w:p>
    <w:p>
      <w:r>
        <w:t>Rozsudok Najvyššieho súdu SR z 27. septembra 2016, sp. zn. 9So/132/2014, ECLI:SK:NSSR:2016:4014200424.1</w:t>
      </w:r>
    </w:p>
    <w:p>
      <w:r>
        <w:t>Súd: Najvyšší súd</w:t>
      </w:r>
    </w:p>
    <w:p>
      <w:r>
        <w:t>Spisová značka: 9So/132/2014</w:t>
      </w:r>
    </w:p>
    <w:p>
      <w:r>
        <w:t>ECLI: ECLI:SK:NSSR:2016:4014200424.1</w:t>
      </w:r>
    </w:p>
    <w:p>
      <w:r>
        <w:t>Dátum vydania: 27. 9. 2016</w:t>
      </w:r>
    </w:p>
    <w:p>
      <w:r>
        <w:t>Forma: Rozsudok</w:t>
      </w:r>
    </w:p>
    <w:p>
      <w:r>
        <w:t>Oblasť práva: Správne právo</w:t>
      </w:r>
    </w:p>
    <w:p>
      <w:pPr>
        <w:pStyle w:val="Heading2"/>
      </w:pPr>
      <w:r>
        <w:t>Text rozhodnutia</w:t>
      </w:r>
    </w:p>
    <w:p>
      <w:r>
        <w:t>Súd: Najvyšší súd Spisová značka: 9So/132/2014 Identifikačné číslo súdneho spisu: 4014200424 Dátum vydania rozhodnutia: 28. 09. 2016 Meno a priezvisko sudcu, VSÚ: JUDr. Viera Nevedelová ECLI: ECLI:SK:NSSR:2016:4014200424.1 ROZSUDOK V MENE SLOVENSKEJ REPUBLIKY Najvyšší súd Slovenskej republiky v senáte zloženom z predsedníčky senátu JUDr. Viery Nevedelovej a členov senátu JUDr. Ľubice Filovej a JUDr. Judity Kokolevskej, v právnej veci navrhovateľky Z. E., bytom K., proti odporkyni Sociálnej poisťovni, ústrediu, Ul. 29. augusta č. 8, Bratislava, o invalidný dôchodok, na odvolanie navrhovateľky proti rozsudku Krajského súdu v Nitre z 20. mája 2014, č. k. 19Sd/109/2014-23, takto r o z h o d o l : Najvyšší súd Slovenskej republiky rozsudok Krajského súdu v Nitre z 20. mája 2014, č. k. 19Sd/109/2014-23, p o t v r d z u j e. Účastníkom náhradu trov odvolacieho konania nepriznáva. o d ô v o d n e n i e : Krajský súd rozsudkom z 20. mája 2014, č. k. 19Sd/109/2014-23, potvrdil rozhodnutie odporkyne z 05. mája 2013 číslo XY, ktorým odporkyňa podľa § 70 zákona č. 461/2003 Z.z. o sociálnom poistení v znení neskorších predpisov (ďalej len „zákon“) a podľa čl. 46 nariadenia (ES) Európskeho parlamentu a Rady č. 883/2004 o koordinácii systémov sociálneho zabezpečenia (ďalej len „nariadenie“) zamietla žiadosť navrhovateľky o invalidný dôchodok z dôvodu, že podľa posudku posudkového lekára sociálneho poistenia nie je invalidná, lebo miera poklesu jej schopnosti vykonávať zárobkovú činnosť nie je 40% v porovnaní so zdravou fyzickou osobou, ale je 30%. Z odôvodnenia rozsudku vyplýva, že podľa obsahu posudkov posudkových lekárov sociálneho poistenia Sociálnej poisťovne, pobočky Topoľčany z 25.11.2013 a ústredia Sociálnej poisťovne, vysunuté pracovisko v Trenčíne zo 04. apríla 2014 navrhovateľka je dlhodobo liečená pre bolesti chrbtice. Boli u nej potvrdené degeneratívne zmeny na chrbtici, bola prítomná porucha statodynamiky chrbtice bez prejavov dráždenia nervových koreňov, bez poruchy citlivosti. Opakované hospitalizácie na neurológii a ďalšie odborné vyšetrenia nedokázali útlak periférnych nervov na dolných končatinách, je bez motorického deficitu končatín. Toto postihnutie je rozhodujúcim zdravotným postihnutím, ktorému zodpovedá 20% miera poklesu schopnosti vykonávať zárobkovú činnosť. Pre poruchu pohyblivosti v pravom bedrovom kĺbe na základe vrodenej dysplazie, v čase posudzovania hodnotenú ako koxatróza II. so skrátením pravej dolnej končatiny o 3-4 cm a ťažkú obezitu a vzájomnú súvislosť viacerých ochorení posudkoví lekári navýšili mieru poklesu schopnosti vykonávať zárobkovú činnosť o maximálne možných 10% na celkových 30%. Novšie lekárske nálezy z vyšetrení neurológom, psychológom, psychiatrom, pneumológom a algeziológom, ktoré navrhovateľka predložila krajskému súdu, nepreukázali zmenu v zdravotnom stave navrhovateľky, naďalej pokračuje v doterajšej liečbe. Navrhovateľka ako vyučená krajčírka je zamestnaná ako šička a podľa záveru posudkových lekárov môže uvedenú prácu na pôvodnom pracovisku naďalej vykonávať. Krajský súd si osvojil závery posudkových lekárov, že poškodenie zdravia u navrhovateľky neodôvodňuje invaliditu a na tom základe mal za preukázané, že navrhovateľka nespĺňa jednu zo základných podmienok pre vznik nároku na invalidný dôchodok a odporkyňa správne rozhodla, keď jej invalidný dôchodok nepriznala. Proti tomuto rozsudku podala odvolanie navrhovateľka. Namietala, že jej zdravotný stav jej nedovoľuje vykonávať pracovnú činnosť, aj pri základných činnostiach jej musí pomáhať dcéra. Preto navrhla, aby odvolací súd rozsudok krajského súdu zmenil a napadnuté rozhodnutie odporkyne zrušil. Odporkyňa dôvody uvedené navrhovateľkou v odvolaní nepovažovala za opodstatnené. Navrhovateľka v odvolaní neuviedla žiadne také nové skutočnosti, ktoré by spochybňovali úplnosť, objektivitu a presvedčivosť posudkov posudkových lekárov sociálneho poistenia vyhotovených v konaní. Navrhla, aby odvolací súd vyššie uvedené rozhodnutie súdu prvého stupňa ako vecne správne potvrdil. Konania podľa tretej hlavy piatej časti Občianskeho súdneho poriadku začaté predo dňom nadobudnutia účinnosti tohto zákona sa dokončia podľa doterajších predpisov (§ 492 ods. 1 O.s.p.). Najvyšší súd Slovenskej republiky ako súd odvolací podľa § 10 ods. 2 Občianskeho súdneho poriadku (ďalej len „O.s.p.“) preskúmal napadnutý rozsudok krajského súdu v súlade s § 250ja ods. 2 O.s.p bez pojednávania a dospel k záveru, že odvolaniu navrhovateľky nemožno vyhovieť. Predmetom konania bolo preskúmanie zákonnosti rozhodnutia odporkyne o zamietnutí žiadosti navrhovateľky o invalidný dôchodok. Nárok na invalidný dôchodok je podľa § 70 ods. 1 zákona podmienený predovšetkým invaliditou poistenca, teda tým, že poistenec pre dlhodobo nepriaznivý zdravotný stav má pokles schopnosti vykonávať zárobkovú činnosť o viac ako 40% v porovnaní so zdravou fyzickou osobou (§ 71 ods.1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 71 ods. 3 zákona). Podľa § 71 ods. 4 zákona pokles schopnosti vykonávať zárobkovú činnosť sa posudzuje na základe lekárskych správ a údajov zo zdravotnej dokumentácie zdravotníckeho zariadenia a zhodnotenia liečby s určením diagnostického záveru, stabilizácie ochorenia, jeho ďalšieho vývoja, ďalšej liečby a komplexných funkčných vyšetrení a ich záverov, pričom sa prihliada na zostávajúcu schopnosť vykonávať zárobkovú činnosť, zostávajúcu schopnosť prípravy na povolanie, možnosti poskytnutia pracovnej rehabilitácie alebo rekvalifikácie.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odseku 6 možno zvýšiť najviac o 10%, ak závažnosť ostatných zdravotných postihnutí ovplyvňuje pokles schopnosti vykonávať zárobkovú činnosť (§ 71 ods. 6 až 8 zákona). Navrhovateľka sa domáhala priznania miery poklesu schopnosti vykonávať zárobkovú činnosť nad 40%. Podľa kapitoly XV., oddiel E, položka 3 písm. b/ prílohy č. 4 zákona pri degeneratívnych zmenách na chrbtici a medzistavcových platničkách s miernym funkčným postihnutím percentuálna miera poklesu schopnosti vykonávať zárobkovú činnosť je stanovená v rozpätí 20 - 35%, pričom podľa posudkového hľadiska sa miera poklesu schopnosti vykonávať zárobkovú činnosť určí podľa priebehu, aktivity a funkčných porúch chrbtice, potvrdených rtg.- diagnostikou chrbtice. Pre posúdenie nároku na invalidný dôchodok je podstatnou otázka vplyvu dlhodobo nepriaznivého zdravotného stavu na schopnosť výkonu zárobkovej činnosti. Posudkoví lekári, ktorí vyhotovili posudky tak pred vydaním preskúmavaného rozhodnutia odporkyňou, ako aj po podaní opravného prostriedku, postupovali v súlade so zákonom. V posudkoch zohľadnili zdravotné ťažkosti navrhovateľky a objektívnym nálezom preukázané degeneratívne zmeny chrbtice, bez prejavov dráždenia nervových koreňov, bez poruchy citlivosti a bez motorického deficitu končatín. Pridružené ochorenia podľa posudkov vzájomným pôsobením ovplyvňujú schopnosť navrhovateľky vykonávať zárobkovú činnosť a preto zvýšili mieru poklesu schopnosti vykonávať zárobkovú činnosť u navrhovateľky za iné zdravotné postihnutie podľa § 71 ods. 8 zákona o 10%. Navrhovateľka v žiadnom podaní neuviedla konkrétne dôvody, alebo námietky, ktoré by spochybňovali závery posudkov a nepreukázala, že trpí takým ochorením, ktoré by znižovalo jej schopnosť vykonávať zárobkovú činnosť vo väčšej miere ako bolo stanovené posudkovými lekármi sociálneho poistenia. Lekárske správy z neurologickej, algeziologickej a pneumologickej ambulancie, ktoré predložila na pojednávaní krajskému súdu, nepreukazujú nové skutočnosti, konštatujú dovtedy popisovaný zdravotný stav bez zmeny diagnostických záverov, pričom depresívna porucha nespĺňa kritériá dlhodobo nepriaznivého zdravotného stavu, teda stavu, ktorý by v zmysle § 71 ods. 2 zákona mal podľa poznatkov lekárskej vedy trvať dlhšie ako jeden rok. Odvolací súd preto námietky navrhovateľky nepovažoval za dôvodné. Odvolací súd v tejto súvislosti považuje za potrebné uviesť, že v konaní o preskúmanie rozhodnutia odporkyne podľa tretej hlavy piatej časti Občianskeho súdneho poriadku (O.s.p.) súd v zásade preskúmava zákonnosť tohto rozhodnutia vo vzťahu k skutkovému stavu, ktorý existoval ku dňu rozhodnutia odporkyne, teda ku dňu 05. mája 2013 (§ 250i ods. 1 v spojení s § 250l ods. 2 O.s.p.), hoci zákon nevylučuje možnosť, aby odporkyňa na základe ďalších dôkazov prehodnotila svoje rozhodnutie. Odvolací súd dospel k záveru, že v danom prípade, najmä vzhľadom na krátkodobosť duševného postihnutia nie je potrebné doplnenie dokazovania o nové posúdenie zdravotného stavu a poklesu schopnosti vykonávať zárobkovú činnosť. Posudkoví lekári pobočky a ústredia Sociálnej poisťovne v posudkoch zohľadnili všetky zdravotné postihnutia navrhovateľky a ňou predkladané odborné lekárske nálezy, ktoré v posudkoch riadne vyhodnotili. Zhodne dospeli k záveru, že zdravotný stav navrhovateľky spôsobuje celkove 30% mieru poklesu schopnosti vykonávať zárobkovú činnosť, a to 20% - nú mieru poklesu za rozhodujúce zdravotné postihnutie podľa kapitoly XV, oddielu E, bodu 3 , písm. b/ prílohy č. 4 zákona o sociálnom poistení a 10% mieru poklesu za iné zdravotné postihnutie. Navrhovateľka nie je invalidná podľa § 71 ods. 1 zákona. Vzhľadom na uvedené aj odvolací súd dospel k záveru, že posudkoví lekári zhodnotili zdravotný stav v súlade so všeobecným posudkovým hľadiskom, úplne a objektívne, svoj záver o rozhodujúcom zdravotnom postihnutí a miere poklesu schopnosti navrhovateľky vykonávať zárobkovú činnosť logicky a presvedčivo odôvodnili, pričom ich závery nie sú v rozpore s nálezmi odborných lekárov. Tak ako krajský súd aj odvolací súd mal preto za preukázané, že zdravotný stav navrhovateľky zatiaľ nepodmieňuje invaliditu podľa § 71 ods. 1 zákona a že navrhovateľke nevznikol nárok na invalidný dôchodok podľa § 70 ods. 1 zákona. Z uvedených dôvodov aj odvolací súd považoval rozhodnutie odporkyne za zákonné a preto podľa § 219 O.s.p. rozsudok krajského súdu potvrdil. Účastníkom konania odvolací súd nepriznal právo na náhradu trov odvolacieho konania, lebo navrhovateľka v odvolacom konaní nebola úspešná a odporkyni trovy nevznikli. Poučenie: Proti tomuto rozsudku nie je prípustný opravný prostriedok.</w:t>
      </w:r>
    </w:p>
    <w:p/>
    <w:p>
      <w:r>
        <w:t>Zdroj: KAUZIS.SK – https://www.kauzis.sk/judikatura/r/ECLI:SK:NSSR:2016:4014200424.1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