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7So/61/2015 z 27. 7. 2016</w:t>
      </w:r>
    </w:p>
    <w:p>
      <w:r>
        <w:t>Uznesenie Najvyššieho súdu SR z 27. júla 2016, sp. zn. 7So/61/2015, ECLI:SK:NSSR:2016:4014200465.1</w:t>
      </w:r>
    </w:p>
    <w:p>
      <w:r>
        <w:t>Súd: Najvyšší súd</w:t>
      </w:r>
    </w:p>
    <w:p>
      <w:r>
        <w:t>Spisová značka: 7So/61/2015</w:t>
      </w:r>
    </w:p>
    <w:p>
      <w:r>
        <w:t>ECLI: ECLI:SK:NSSR:2016:4014200465.1</w:t>
      </w:r>
    </w:p>
    <w:p>
      <w:r>
        <w:t>Dátum vydania: 27. 7. 2016</w:t>
      </w:r>
    </w:p>
    <w:p>
      <w:r>
        <w:t>Forma: Uznesenie</w:t>
      </w:r>
    </w:p>
    <w:p>
      <w:r>
        <w:t>Oblasť práva: Správne právo</w:t>
      </w:r>
    </w:p>
    <w:p>
      <w:pPr>
        <w:pStyle w:val="Heading2"/>
      </w:pPr>
      <w:r>
        <w:t>Text rozhodnutia</w:t>
      </w:r>
    </w:p>
    <w:p>
      <w:r>
        <w:t>Súd: Najvyšší súd Spisová značka: 7So/61/2015 Identifikačné číslo súdneho spisu: 4014200465 Dátum vydania rozhodnutia: 28. 07. 2016 Meno a priezvisko sudcu, VSÚ: JUDr. Zdenka Reisenauerová ECLI: ECLI:SK:NSSR:2016:4014200465.1 Uznesenie Najvyšší súd Slovenskej republiky v právnej veci navrhovateľa: F. G., bytom v U., C. XX, proti odporkyni: Sociálnej poisťovni, ústredie, so sídlom v Bratislave, Ul. 29. augusta č. 8, o starobný dôchodok, o odvolaní navrhovateľa proti uzneseniu Krajského súdu v Nitre z 24. júna 2014, č. k. 19Sd/116/2014-13, takto r o z h o d o l : Najvyšší súd Slovenskej republiky odvolanie navrhovateľa o d m i e t a . Účastníkom právo na náhradu trov odvolacieho konania n e p r i z n á v a . o d ô v o d n e n i e : Krajský súd v Nitre uznesením z 24. júna 2014, č. k. 19Sd/116/2014-13, zastavil konanie o preskúmanie zákonnosti rozhodnutia odporkyne z 8. apríla 2014, číslo XXX XXX XXXX X, pretože navrhovateľ na pojednávaní 24. júna 2014 po oboznámení sa s predmetom konania súdu a právnym stavom oznámil, že netrvá na súdnom konaní a navrhol konanie zastaviť. Proti uvedenému uzneseniu podal navrhovateľ odvolanie. Najvyšší súd Slovenskej republiky ako súd odvolací vec preskúmal bez nariadenia pojednávania v zmysle § 492 ods. 1, 2 zákona č. 162/2015 Z. z. Správny súdny poriadok (ďalej len „S.s.p.") v spojení s § 250ja ods. 2 a s § 250l ods. 2 O.s.p. a dospel k záveru, že odvolanie bolo podané osobou, ktorá nie je na podanie odvolania oprávnená. Podľa § 492 ods. 1, 2 zákona č. 162/2015 Z. z.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Podľa § 246c ods. 1 veta prvá O.s.p. pre riešenie otázok, ktoré nie sú priamo upravené v tejto časti, sa použijú primerane ustanovenia prvej, tretej a štvrtej časti tohto zákona. Podľa § 207 ods. 1 O.s.p. vzdať sa odvolania možno len voči súdu, a to až po vyhlásení rozhodnutia. V zmysle § 218 ods. 1 písm. b/ O.s.p. odvolací súd odmietne odvolanie, ktoré bolo podané niekým, kto na odvolanie nie je oprávnený. Zo spisu krajského súdu vyplýva, že navrhovateľ na pojednávaní konanom dňa 24. júna 2014 uviedol, že z dôvodu, že po priznaní dôchodku neodpracoval aspoň 10 rokov v zamestnaní tak, aby za neho zamestnávateľ zaplatil aj odvody na dôchodkového poistenia, netrvá na tomto súdnom konaní a navrhuje ho zastaviť. Po vyhlásení a odôvodnení rozhodnutia krajského súdu o zastavení konania sa účastníci konania vzdali práva odvolania. Uvedené skutočnosti vyplývajú zo zápisnice o súdnom pojednávaní (č. l. 12), ktorú podpísal aj navrhovateľ. Najvyšší súd Slovenskej republiky preto musel odvolanie navrhovateľa odmietnuť podľa 492 ods. 1, 2 S.s.p. v spojení s § 250l ods. 2, s § 246c ods. 1 a s § 218 ods. 1 písm. b/ O.s.p., pretože bolo podané osobou, ktorá na odvolanie nie je oprávnená, keďže sa navrhovateľ na pojednávaní účinne vzdal práva podať odvolanie podľa § 207 ods. 1 O.s.p. O náhrade trov odvolacieho konania odvolací súd rozhodol podľa § 492 ods. 1, 2 v spojení s § 246c ods. 1 veta prvá a § 224 ods. 1 O.s.p. a v spojení s § 146 ods. 1 O.s.p., pretože odmietnutím odvolania nedošlo k jeho vecnému vybaveniu a nezistil dôvod na rozhodnutie podľa § 146 ods. 2 O.s.p. Senát Najvyššieho súdu Slovenskej republiky v danej veci rozhodol pomerom hlasov 3:0 (§ 3 ods. 9 zákona č. 757/2004 Z. z. o súdoch a o zmene a doplnení niektorých zákonov v znení účinnom od 1. mája 2011). Poučenie: Proti tomuto uzneseniu n i e j e prípustný opravný prostriedok</w:t>
      </w:r>
    </w:p>
    <w:p/>
    <w:p>
      <w:r>
        <w:t>Zdroj: KAUZIS.SK – https://www.kauzis.sk/judikatura/r/ECLI:SK:NSSR:2016:4014200465.1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