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8Sžo/79/2015 z 8. 3. 2016</w:t>
      </w:r>
    </w:p>
    <w:p>
      <w:r>
        <w:t>Uznesenie Najvyššieho súdu SR z 8. marca 2016, sp. zn. 8Sžo/79/2015, ECLI:SK:NSSR:2016:4014201161.2</w:t>
      </w:r>
    </w:p>
    <w:p>
      <w:r>
        <w:t>Súd: Najvyšší súd</w:t>
      </w:r>
    </w:p>
    <w:p>
      <w:r>
        <w:t>Spisová značka: 8Sžo/79/2015</w:t>
      </w:r>
    </w:p>
    <w:p>
      <w:r>
        <w:t>ECLI: ECLI:SK:NSSR:2016:4014201161.2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8Sžo/79/2015 Identifikačné číslo súdneho spisu: 4014201161 Dátum vydania rozhodnutia: 09. 03. 2016 Meno a priezvisko sudcu, VSÚ: Mgr. Peter Melicher ECLI: ECLI:SK:NSSR:2016:4014201161.2 Uznesenie Najvyšší súd Slovenskej republiky v právnej veci navrhovateľa : POHOTOVOSŤ, s.r.o., so sídlom Pribinova 25, Bratislava, proti odporcovi : Okresný úrad Komárno, katastrálny odbor, so sídlom Pohraničná 6, Komárno, za účasti: Z., v konaní o opravnom prostriedku proti rozhodnutiu odporcu č. V-3021/14-12 zo dňa 24. septembra 2014, o odvolaní navrhovateľa proti rozsudku Krajského súdu v Nitre č. k. 23Sp/127/2014-22 zo dňa 02. februára 2015, jednohlasne, takto r o z h o d o l : Najvyšší súd Slovenskej republiky odvolacie konanie z a s t a v u j e . Žiaden z účastníkov nemá právo na náhradu trov odvolacieho konania. o d ô v o d n e n i e : Napadnutým rozsudkom Krajský súd v Nitre potvrdil rozhodnutie Okresného úradu Komárno č. V-3021/14-12 zo dňa 24. septembra 2014, ktorým odporca zamietol návrh na vklad záložného práva zo zmluvy zo dňa 27. júna 2014, ktorú uzavrel navrhovateľ ako záložný veriteľ a Z. ako záložca, zastúpená splnomocnencom Pro Help - združenie občianskoprávnej pomoci, Povraznícka 18, Bratislava, zastúpená predsedom Petrom Mamojkom, podľa ktorej predmetom zriadenia záložného práva sú nehnuteľnosti nachádzajúce sa v kat. území V. M.. Navrhovateľovi náhradu trov konania nepriznal 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22. mája 2015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https://www.kauzis.sk/judikatura/r/ECLI:SK:NSSR:2016:4014201161.2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