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10So/65/2015 z 26. 7. 2016</w:t>
      </w:r>
    </w:p>
    <w:p>
      <w:r>
        <w:t>Rozsudok Najvyššieho súdu SR z 26. júla 2016, sp. zn. 10So/65/2015, ECLI:SK:NSSR:2016:4015200301.1</w:t>
      </w:r>
    </w:p>
    <w:p>
      <w:r>
        <w:t>Súd: Najvyšší súd</w:t>
      </w:r>
    </w:p>
    <w:p>
      <w:r>
        <w:t>Spisová značka: 10So/65/2015</w:t>
      </w:r>
    </w:p>
    <w:p>
      <w:r>
        <w:t>ECLI: ECLI:SK:NSSR:2016:4015200301.1</w:t>
      </w:r>
    </w:p>
    <w:p>
      <w:r>
        <w:t>Dátum vydania: 26. 7. 2016</w:t>
      </w:r>
    </w:p>
    <w:p>
      <w:r>
        <w:t>Forma: Rozsudok</w:t>
      </w:r>
    </w:p>
    <w:p>
      <w:r>
        <w:t>Oblasť práva: Správne právo</w:t>
      </w:r>
    </w:p>
    <w:p>
      <w:pPr>
        <w:pStyle w:val="Heading2"/>
      </w:pPr>
      <w:r>
        <w:t>Text rozhodnutia</w:t>
      </w:r>
    </w:p>
    <w:p>
      <w:r>
        <w:t>Súd: Najvyšší súd Spisová značka: 10So/65/2015 Identifikačné číslo súdneho spisu: 4015200301 Dátum vydania rozhodnutia: 27. 07. 2016 Meno a priezvisko sudcu, VSÚ: JUDr. Zuzana Ďurišová ECLI: ECLI:SK:NSSR:2016:4015200301.1 ROZSUDOK V MENE SLOVENSKEJ REPUBLIKY Najvyšší súd Slovenskej republiky v senáte zloženom z predsedníčky senátu JUDr. Zuzany Ďurišovej a členov senátu JUDr. Jany Henčekovej, PhD. a JUDr. Eleny Berthotyovej, PhD. v právnej veci navrhovateľa: Y. K., narodený dňa XX.XX.XXXX, R., proti odporkyni: Sociálna poisťovňa - ústredie, Ul. 29. augusta 8, Bratislava, o preskúmanie rozhodnutia odporkyne č. XXX XXX XXXX X zo dňa 19.11.2014 o zamietnutí žiadosti o invalidný dôchodok, o odvolaní navrhovateľa proti rozsudku Krajského súdu v Nitre č. k. 23Sd/110/2015-17 zo dňa 27. apríla 2015, takto r o z h o d o l : Najvyšší súd Slovenskej republiky rozsudok Krajského súdu v Nitre č. k. 23Sd/110/2015-17 zo dňa 27. apríla 2015 p o t v r d z u j e . Účastníkom náhradu trov odvolacieho konania n e p r i z n á v a . o d ô v o d n e n i e : Krajský súd napadnutým rozsudkom s poukazom na ustanovenie § 250q ods. 2 zákona č. 99/1963 Zb. Občiansky súdny poriadok (ďalej len „O.s.p.“) potvrdil rozhodnutie odporkyne č. XXX XXX XXXX X zo dňa 19.11.2014, ktorým podľa § 70 a § 71 zákona č. 461/2003 Z. z. o sociálnom poistení v znení neskorších predpisov (ďalej len „zákon o sociálnom poistení“) zamietla žiadosť navrhovateľa o invalidný dôchodok zo dňa 06.11.2014 s odôvodnením, že podľa posudku posudkového lekára sociálneho poistenia, pobočky Nitra nie je invalidný, lebo pre dlhodobo nepriaznivý zdravotný stav nemá pokles schopnosti vykonávať zárobkovú činnosť o viac ako 40 % v porovnaní so zdravou fyzickou osobou. Krajský súd uviedol, že nové skutočnosti, ktoré by pri doterajšom posudzovaní zdravotného stavu navrhovateľa neboli známe a zhodnotené a ktoré by prípadne odôvodňovali ďalšie doplnenie posudku súd nezistil. Tieto podľa súdu prvého stupňa ani nevyplývajú z vyjadrenia navrhovateľa na pojednávaní. Posudkový lekár rozhodol po vlastnom vyšetrení zdravotného stavu navrhovateľa a posúdení odborných lekárskych nálezov z oblastí, na ktoré si navrhovateľ sťažuje a svoj posudok aj náležite zdôvodnil. Vzhľadom na uvedené skutočnosti a príslušné zákonné ustanovenia dospel súd k záveru, že napadnuté rozhodnutie odporkyne je vecne správne, a preto ho podľa § 250q ods. 2 O.s.p. potvrdil. Proti rozsudku krajského súdu podal navrhovateľ včas odvolanie, ktoré odôvodnil tým, že rozhodnutia posudkových lekárov rovnako ako ich vyšetrenia považuje za nedostačujúce a povrchné. Uviedol, že po prvom vyšetrení mu bola doporučená operácia, ktorá však nebola vykonaná. Úraz mal v roku 2013, po asi roku a pol nenastalo žiadne zlepšenie, preto mu ortopéd odporučil výmenu umelého kĺbu s tým, že sa operácia nemusí podariť; má obmedzenú hybnosť pravého ramena. Ďalej uviedol, že bol liečený na psychiatrii v Nitre a u psychiatra sa lieči stále. Mal za to, že celý jeho zdravotný stav spôsobil chirurg Dr. B. v Zlatých Moravciach pri jeho hrubej chybe. Vzhľadom na uvedené žiada o znovu posúdenie jeho zdravotného stavu. Odporkyňa vo vyjadrení k odvolaniu uviedla, že dôvody, ktoré uvádza navrhovateľ v odvolaní, nepovažuje za opodstatnené. Posúdenie dlhodobo nepriaznivého zdravotného stavu a jeho následkov na schopnosť fyzickej osoby vykonávať zárobkovú činnosť vyžaduje odborné lekárske znalosti. Vo veciach sociálneho poistenia je dokazovanie v tomto smere zverené posudkovým lekárom sociálneho poistenia, a to tak na účely správneho, ako aj súdneho konania. Navrhovateľ v odvolacom konaní neuviedol žiadne také nové skutočnosti, ktoré by spochybňovali úplnosť, objektivitu a presvedčivosť posudkov posudkových lekárov sociálneho poistenia zadovážených v tomto konaní a ktoré by prijatý záver v ich posudkoch spochybnili alebo vyvrátili. Pochybnosti navrhovateľa o tom, že jeho zdravotný stav nebol v konaní správne posúdený, považuje odporkyňa za neodôvodnené, vyvolané len jeho subjektívnym presvedčením, čo nie je dôvod na spochybnenie správnosti skutkových zistení a záverov prijatých v konaní. Skutkové okolnosti týkajúce sa rozsahu zdravotného poškodenia navrhovateľa boli podľa odporkyne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Navrhovateľ v konaní nepreukázal, že by jeho zdravotný stav bol zhoršený v rozsahu odôvodňujúcom určenie vyššej miery poklesu schopnosti vykonávať zárobkovú činnosť, preto mu nárok na invalidný dôchodok nevznikol Vzhľadom na uvedené považovala odporkyňa závery napadnutého rozhodnutia krajského súdu za vecne správne a dostatočne doložené vykonaným dokazovaním, preto navrhla, aby odvolací súd napadnuté rozhodnutie súdu prvého stupňa ako vecne správne potvrdil. Najvyšší súd Slovenskej republiky ako súd odvolací podľa § 10 ods. 2 O.s.p., napadnutý rozsudok súdu prvého stupňa spolu s konaním, ktoré mu predchádzalo preskúmal bez pojednávania v súlade s § 250ja ods. 2 O.s.p. a jednomyseľne dospel k záveru, že odvolaniu navrhovateľa nemožno vyhovieť.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Podľa § 71 ods. 3 prvej vety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Mieru poklesu schopnosti vykonávať zárobkovú činnosť určenú podľa odseku 6 možno zvýšiť najviac o 10 %, ak závažnosť ostatných zdravotných postihnutí ovplyvňuje pokles schopnosti vykonávať zárobkovú činnosť (§ 71 ods. 8 zákona o sociálnom poistení). Predmetom súdneho konania bolo preskúmanie zákonnosti rozhodnutia odporkyne o zamietnutí žiadosti navrhovateľa o invalidný dôchodok zo dňa 06.11.2014. Z dávkového spisu odporkyne vyplýva, že dňa 06.11.2014 došlo k posúdeniu dlhodobo nepriaznivého zdravotného stavu navrhovateľa na účely invalidného dôchodku na základe žiadosti zo dňa 06.11.2014. Výsledkom bolo preskúmavané rozhodnutie odporkyne č. XXX XXX XXXX X zo dňa 19.11.2014, ktorým zamietla navrhovateľovu žiadosť o invalidný dôchodok s odôvodnením, že navrhovateľ nie je invalidný podľa § 71 ods. 1 zákona o sociálnom poistení, pretože podľa záverov posudkového lekára Sociálnej poisťovne, pobočky Nitra zo dňa 06.11.2014 nemá pokles schopnosti vykonávať zárobkovú činnosť o viac ako 40 % v porovnaní so zdravou fyzickou osobou (v posudku bola ustálená jeho miera poklesu schopnosti vykonávať zárobkovú činnosť na 25 %). V rámci konania o opravnom prostriedku navrhovateľa proti predmetnému rozhodnutiu odporkyne bol zdravotný stav navrhovateľa opätovne posúdený posudkovým lekárom sociálneho poistenia Sociálnej poisťovne, pobočky Nitra dňa 29.01.2015, ktorý po zhodnotení obsahu opravného prostriedku nezistil dôvody na zmenu posudku; mieru poklesu schopnosti vykonávať zárobkovú činnosť opakovane určil na 25 % za rozhodujúce zdravotné postihnutie podľa kapitoly XV, oddiel G, položka 6, písmeno b) - obmedzenie pohyblivosti ramenného kĺbu na dominantnej ruke a 0 % za iné zdravotné postihnutia. Podľa výroku posudku navrhovateľ nie je invalidný podľa § 71 ods. 1 zákona o sociálnom poistení. Pretože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aj s prihliadnutím na námietky žiadateľa o invalidný dôchodok. O objektívnosti, odbornej úrovni a úplnosti záverov posudkov posudkových orgánov, ktoré boli v zásade zhodné, odvolací súd nemal dôvod pochybovať. Odvolací súd má za to, že posudkový lekár sa v dostatočnom rozsahu vyrovnal so všetkými skutočnosťami, ktoré boli podkladom pre jeho rozhodnutie, z obsahu posudku je zrejmá jeho úvaha, na základe ktorej dospel k určeniu rozhodujúceho zdravotného postihnutia a k nemu prislúchajúcej miery poklesu schopnosti vykonávať zárobkovú činnosť. Pretože navrhovateľ v odvolaní neuviedol žiadne nové skutočnosti, nebol dôvod spochybniť závery lekárskych vyšetrení, ani dôvod na ďalšie posudzovanie zdravotného stavu. Najvyšší súd Slovenskej republiky sa tak stotožnil so záverom, že invalidita u navrhovateľa nevznikla, teda navrhovateľovi nevznikol nárok na invalidný dôchodok. Preto aj odvolací súd považuje rozhodnutie odporkyne za zákonné a rozsudok krajského súdu ako vecne správny podľa § 219 O.s.p. potvrdil. Žiada sa ešte poznamenať, že preskúmavané rozhodnutie o zamietnutí žiadosti navrhovateľa o invalidný dôchodok nevylučuje možnosť navrhovateľa opätovne požiadať o priznanie invalidného dôchodku a o nové preskúmanie miery poklesu schopnosti vykonávať zárobkovú činnosť, ak by v budúcnosti došlo k významnému zhoršeniu jeho zdravotného stavu, čo by preukazovali nové lekárske správy. O trovách odvolacieho konania odvolací súd rozhodol tak, ako je uvedené vo výroku tohto rozsudku, lebo navrhovateľ v odvolacom konaní nebol úspešný a odporkyni náhrada trov nepatrí zo zákona. S poukazom na ustanovenie § 492 ods. 1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https://www.kauzis.sk/judikatura/r/ECLI:SK:NSSR:2016:4015200301.1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