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4Sžo/171/2015 z 1. 8. 2016</w:t>
      </w:r>
    </w:p>
    <w:p>
      <w:r>
        <w:t>Uznesenie Najvyššieho súdu SR z 1. augusta 2016, sp. zn. 4Sžo/171/2015, ECLI:SK:NSSR:2016:4015200344.1</w:t>
      </w:r>
    </w:p>
    <w:p>
      <w:r>
        <w:t>Súd: Najvyšší súd</w:t>
      </w:r>
    </w:p>
    <w:p>
      <w:r>
        <w:t>Spisová značka: 4Sžo/171/2015</w:t>
      </w:r>
    </w:p>
    <w:p>
      <w:r>
        <w:t>ECLI: ECLI:SK:NSSR:2016:4015200344.1</w:t>
      </w:r>
    </w:p>
    <w:p>
      <w:r>
        <w:t>Dátum vydania: 1. 8. 2016</w:t>
      </w:r>
    </w:p>
    <w:p>
      <w:r>
        <w:t>Forma: Uznesenie</w:t>
      </w:r>
    </w:p>
    <w:p>
      <w:pPr>
        <w:pStyle w:val="Heading2"/>
      </w:pPr>
      <w:r>
        <w:t>Text rozhodnutia</w:t>
      </w:r>
    </w:p>
    <w:p>
      <w:r>
        <w:t>Súd: Najvyšší súd Spisová značka: 4Sžo/171/2015 Identifikačné číslo súdneho spisu: 4015200344 Dátum vydania rozhodnutia: 02. 08. 2016 Meno a priezvisko sudcu, VSÚ: JUDr. Jana Zemková ECLI: ECLI:SK:NSSR:2016:4015200344.1 Uznesenie Najvyšší súd Slovenskej republiky v právnej veci navrhovateľa: POHOTOVOSŤ, s.r.o., so sídlom Pribinova 25, 811 09 Bratislava, IČO: 35 807 598, proti odporcovi: Okresný úrad Nové Zámky, katastrálny odbor, so sídlom SNP 3, Nové Zámky, za účasti: A. M., P., v konaní o preskúmanie rozhodnutia odporcu č. V 6980/2014-11 zo dňa 12. februára 2015, konajúc o odvolaní navrhovateľa proti rozsudku Krajského súdu v Nitre č.k. 19Sp/22/2015-27 zo dňa 12. mája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A. M..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https://www.kauzis.sk/judikatura/r/ECLI:SK:NSSR:2016:4015200344.1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