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7Sžo/282/2015 z 24. 2. 2016</w:t>
      </w:r>
    </w:p>
    <w:p>
      <w:r>
        <w:t>Uznesenie Najvyššieho súdu SR z 24. februára 2016, sp. zn. 7Sžo/282/2015, ECLI:SK:NSSR:2016:4015200529.1</w:t>
      </w:r>
    </w:p>
    <w:p>
      <w:r>
        <w:t>Súd: Najvyšší súd</w:t>
      </w:r>
    </w:p>
    <w:p>
      <w:r>
        <w:t>Spisová značka: 7Sžo/282/2015</w:t>
      </w:r>
    </w:p>
    <w:p>
      <w:r>
        <w:t>ECLI: ECLI:SK:NSSR:2016:4015200529.1</w:t>
      </w:r>
    </w:p>
    <w:p>
      <w:r>
        <w:t>Dátum vydania: 24. 2. 2016</w:t>
      </w:r>
    </w:p>
    <w:p>
      <w:r>
        <w:t>Forma: Uznesenie</w:t>
      </w:r>
    </w:p>
    <w:p>
      <w:r>
        <w:t>Oblasť práva: Správne právo</w:t>
      </w:r>
    </w:p>
    <w:p>
      <w:pPr>
        <w:pStyle w:val="Heading2"/>
      </w:pPr>
      <w:r>
        <w:t>Text rozhodnutia</w:t>
      </w:r>
    </w:p>
    <w:p>
      <w:r>
        <w:t>Súd: Najvyšší súd Spisová značka: 7Sžo/282/2015 Identifikačné číslo súdneho spisu: 4015200529 Dátum vydania rozhodnutia: 25. 02. 2016 Meno a priezvisko sudcu, VSÚ: JUDr. Zdenka Reisenauerová ECLI: ECLI:SK:NSSR:2016:4015200529.1 Uznesenie Najvyšší súd Slovenskej republiky v právnej veci navrhovateľa: POHOTOVOSŤ, s.r.o., so sídlom v Bratislave, Pribinova č. 25, IČO: 35 807 598, proti odporcovi: Okresný úrad Komárno, katastrálny odbor, so sídlom v Komárne, Platanová alej č. 7, za účasti: O. N., bytom v N., H. č. XXX/XXX, o preskúmanie zákonnosti rozhodnutia odporcu zo dňa 3. marca 2015, číslo V 1646/14-12, o odvolaní navrhovateľa proti rozsudku Krajského súdu v Nitre zo dňa 14. júla 2015, č. k. 19Sp/39/2015-34, takto r o z h o d o l : Najvyšší súd Slovenskej republiky odvolacie konanie z a s t a v u j e . Žiaden z účastníkov n e m á p r á v o na náhradu trov odvolacieho konania. o d ô v o d n e n i e : Krajský súd v Nitre rozsudkom zo dňa 14. júla 2015, č. k. 19Sp/39/2015-34, potvrdil rozhodnutie odporcu zo dňa 3. marca 2015, číslo V 1646/14-12. Odporcovi náhradu trov konania nepriznal. Rozsudok krajského súdu napadol včas podaným odvolaním navrhovateľ. Navrhovateľ podaním zo dňa 12. januára 2016, doručeným odvolaciemu súdu 20. januára 2016, vzal svoje odvolanie proti rozsudku krajského súdu v celom rozsahu späť. Nežiadal priznať náhradu trov konania. Podľa § 207 ods. 2 O.s.p. dokiaľ o odvolaní nebolo rozhodnuté, možno ho vziať späť. Ak niekto vzal odvolanie späť, nemôže ho podať znova. Podľa § 207 ods. 3 O.s.p. ak sa odvolanie, o ktorom nebolo rozhodnuté, vzalo späť, odvolací súd odvolacie konanie zastaví. Keďže odvolanie proti rozsudku krajského súdu bolo vzaté späť skôr, ako o ňom odvolací súd rozhodol, Najvyšší súd Slovenskej republiky ako súd odvolací (§ 10 ods. 2 O.s.p.) v súlade s § 207 ods. 3 O.s.p. odvolacie konanie zastavil. O náhrade trov odvolacieho konania odvolací súd rozhodol podľa § 224 ods. 1 v spojení s § 146 ods. 1 písm. c/ O.s.p. tak, že účastníkom náhradu trov konania nepriznal. Navrhovateľ náhradu trov konania nežiadal a odporcovi trovy v odvolacom konaní nevznikli. Toto rozhodnutie prijal senát Najvyššieho súdu Slovenskej republiky v pomere hlasov 3:0 (§ 3 ods. 9 veta tretia zákona č. 757/2004 Z. z. o súdoch a o zmene a doplnení niektorých zákonov v znení účinnom od 1. mája 2011). Poučenie: Proti tomuto uzneseniu n i e j e prípustný opravný prostriedok.</w:t>
      </w:r>
    </w:p>
    <w:p/>
    <w:p>
      <w:r>
        <w:t>Zdroj: KAUZIS.SK – https://www.kauzis.sk/judikatura/r/ECLI:SK:NSSR:2016:4015200529.1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