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6Sžo/263/2015 z 13. 12. 2016</w:t>
      </w:r>
    </w:p>
    <w:p>
      <w:r>
        <w:t>Uznesenie Najvyššieho súdu SR z 13. decembra 2016, sp. zn. 6Sžo/263/2015, ECLI:SK:NSSR:2016:4015200877.1</w:t>
      </w:r>
    </w:p>
    <w:p>
      <w:r>
        <w:t>Súd: Najvyšší súd</w:t>
      </w:r>
    </w:p>
    <w:p>
      <w:r>
        <w:t>Spisová značka: 6Sžo/263/2015</w:t>
      </w:r>
    </w:p>
    <w:p>
      <w:r>
        <w:t>ECLI: ECLI:SK:NSSR:2016:4015200877.1</w:t>
      </w:r>
    </w:p>
    <w:p>
      <w:r>
        <w:t>Dátum vydania: 13. 12.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6Sžo/263/2015 Identifikačné číslo súdneho spisu: 4015200877 Dátum vydania rozhodnutia: 14. 12. 2016 Meno a priezvisko sudcu, VSÚ: JUDr. Jozef Hargaš ECLI: ECLI:SK:NSSR:2016:4015200877.1 Uznesenie Najvyšší súd Slovenskej republiky v právnej veci navrhovateľa: POHOTOVOSŤ, s.r.o., Pribinova 25, Bratislava, IČO: 35 807 598, proti odporcovi: Okresný úrad Komárno, katastrálny odbor, Platanova alej 7, Komárno, za účasti P. P., rod. Q.j, nar. XY, bytom W., o opravnom prostriedku proti rozhodnutiu odporcu č. V 911/2015-11 zo dňa 05.05.2015, o odvolaní navrhovateľa proti rozsudku Krajského súdu v Nitre č. k. 23Sp/114/2015-25 zo dňa 19.10.2015, takto r o z h o d o l : Najvyšší súd Slovenskej republiky odvolacie konanie z a s t a v u j e. Žiaden z účastníkov nemá právo na náhradu trov odvolacieho konania. o d ô v o d n e n i e : Napadnutým rozsudkom Krajský súd v Nitre potvrdil rozhodnutie odporcu č. V 911/2015-11 zo dňa 05.05.2015,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08.11.2016, doručeným Najvyššiemu súdu Slovenskej republiky dňa 14.11.2016,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Dňom 01.07.2016 nadobudol účinnosť zák. č. 162/2015 Z.z.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SSP, odvolacie konania podľa piatej časti Občianskeho súdneho poriadku začaté predo dňom nadobudnutia účinnosti tohto zákona sa dokončia podľa doterajších predpisov.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https://www.kauzis.sk/judikatura/r/ECLI:SK:NSSR:2016:4015200877.1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