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10So/17/2016 z 29. 3. 2016</w:t>
      </w:r>
    </w:p>
    <w:p>
      <w:r>
        <w:t>Uznesenie Najvyššieho súdu SR z 29. marca 2016, sp. zn. 10So/17/2016, ECLI:SK:NSSR:2016:4015201063.1</w:t>
      </w:r>
    </w:p>
    <w:p>
      <w:r>
        <w:t>Súd: Najvyšší súd</w:t>
      </w:r>
    </w:p>
    <w:p>
      <w:r>
        <w:t>Spisová značka: 10So/17/2016</w:t>
      </w:r>
    </w:p>
    <w:p>
      <w:r>
        <w:t>ECLI: ECLI:SK:NSSR:2016:4015201063.1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10So/17/2016 Identifikačné číslo súdneho spisu: 4015201063 Dátum vydania rozhodnutia: 30. 03. 2016 Meno a priezvisko sudcu, VSÚ: JUDr. Zuzana Ďurišová ECLI: ECLI:SK:NSSR:2016:4015201063.1 Uznesenie Najvyšší súd Slovenskej republiky v právnej veci navrhovateľky: F. B., r. č. XXXXXX/XXXX, bytom P., proti odporkyni: Sociálna poisťovňa -ústredie v Bratislave, Ul. 29. augusta 8-10, o invalidný dôchodok, na odvolanie navrhovateľky proti rozsudku Krajského súd v Nitre č. k. 23Sd/362/2015-16 zo dňa 14. decembra 2015, takto r o z h o d o l : Najvyšší súd Slovenskej republiky odvolanie navrhovateľky o d m i e t a . Žiaden z účastníkov n e m á p r á v o na náhradu trov odvolacieho konania. o d ô v o d n e n i e : Krajský súd napadnutým rozsudkom potvrdil rozhodnutie odporkyne č. XXX XXX XXXX X zo dňa 02.06.2015 podľa § 250q ods. 2 (správne malo byť „podľa § 250q ods. 3“) zákona č. 99/1963 Zb. Občiansky súdny poriadok (ďalej len „O.s.p.“), ako vecne správne a zákonné. Odporkyňa týmto rozhodnutím podľa § 70 ods. 1 a § 71 ods. 1 zákona č. 461/2003 Z. z. o sociálnom poistení (ďalej len „zákon“) zamietla navrhovateľke žiadosť o invalidný dôchodok z dôvodu, že podľa posudku posudkového lekára nie je invalidná, nakoľko nemá pokles schopnosti vykonávať zárobkovú činnosť o viac ako 40 % v porovnaní so zdravou fyzickou osobou. Navrhovateľka sa proti rozsudku krajského súdu odvolala. Odvolanie adresované krajskému súdu odovzdala na poštovú prepravu dňa 11.01.2016. Odporkyňa sa k odvolaniu navrhovateľky vyjadrila podaním zo dňa 29.01.2016. Uviedla, že dôvody, ktoré uvádza navrhovateľka nepovažuje za opodstatnené a preto navrhla, aby odvolací súd rozsudok krajského súdu ako vecne správny potvrdil. Najvyšší súd Slovenskej republiky, ako súd odvolací (§ 10 ods. 2 O. s. p.), preskúmal vec bez nariadenia pojednávania (§ 214 ods. 2 O. s. p.) a dospel jednomyseľne k záveru, že odvolanie navrhovateľky bolo podané oneskorene a preto ho bolo potrebné v zmysle ustanovenia § 218 ods. 1 písm. a) O. s. p. odmietnuť. Podľa § 204 ods. 1 O.s.p. sa odvolanie podáva do 15 dní od doručenia rozhodnutia na súde, proti rozhodnutiu ktorého smeruje. Ak bolo vydané opravné uznesenie, lehota plynie znovu od doručenia opravného uznesenia len v rozsahu vykonanej opravy. Podľa § 204 ods. 2 O.s.p. odvolanie je podané včas aj vtedy, ak bolo podané po uplynutí lehoty podľa odseku 1 preto, že sa odvolateľ spravoval nesprávnym poučením súdu o lehote na podanie odvolania. Ak rozhodnutie neobsahuje poučenie o lehote na podanie odvolania alebo ak obsahuje nesprávne poučenie o tom, že odvolanie nie je prípustné, možno podať odvolanie do troch mesiacov od doručenia. Zo spisu krajského súdu odvolací súd zistil, že navrhovateľka má vykázané doručenie napadnutého rozhodnutia krajského súdu dňa 22.12.2015 a rozhodnutie obsahovalo správne poučenie o opravnom prostriedku. V zmysle ustanovení § 57 O.s.p. v spojení s § 204 ods. 1 O.s.p. pätnásťdňová lehota na podanie opravného prostriedku začala navrhovateľke plynúť dňom 23.12.2015 (streda) a jej koniec pripadol na deň 07.01.2016 (štvrtok). Opravný prostriedok odovzdala navrhovateľka na poštovú prepravu až dňa 11.01.2016, t. j. po uplynutí stanovenej 15-dňovej lehoty. Podľa § 218 ods. 1 písm. a) O.s.p. odvolací súd odmietne odvolanie, ktoré bolo podané oneskorene. Vzhľadom na tieto skutočnosti Najvyšší súd Slovenskej republiky postupom podľa § 218 ods. 1 písm. a) O.s.p. odvolanie navrhovateľky ako oneskorene podané odmietol. Nemohol sa zaoberať dôvodmi odvolania ani obsahom napadnutého rozsudku, pretože zistil dôvod, ktorý viedol k nemeritórnemu (procesnému) rozhodnutiu. Preto odvolanie nebolo možné vecne prejednať a o ňom rozhodnúť. O náhrade trov odvolacieho konania rozhodol Najvyšší súd Slovenskej republiky podľa § 246c ods. 1 O.s.p. v spojení s § 224 ods. 1 O.s.p. a analogicky podľa § 146 ods. 1 písm. c) O.s.p. a vyslovil, že žiaden z účastníkov nemá právo na náhradu trov konania, keďže výsledok konania je obdobný, ako pri zastavení konania. Poučenie: Proti tomuto uzneseniu n i e j e prípustný opravný prostriedok.</w:t>
      </w:r>
    </w:p>
    <w:p/>
    <w:p>
      <w:r>
        <w:t>Zdroj: KAUZIS.SK – https://www.kauzis.sk/judikatura/r/ECLI:SK:NSSR:2016:4015201063.1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