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10So/25/2016 z 28. 6. 2016</w:t>
      </w:r>
    </w:p>
    <w:p>
      <w:r>
        <w:t>Uznesenie Najvyššieho súdu SR z 28. júna 2016, sp. zn. 10So/25/2016, ECLI:SK:NSSR:2016:4015201271.1</w:t>
      </w:r>
    </w:p>
    <w:p>
      <w:r>
        <w:t>Súd: Najvyšší súd</w:t>
      </w:r>
    </w:p>
    <w:p>
      <w:r>
        <w:t>Spisová značka: 10So/25/2016</w:t>
      </w:r>
    </w:p>
    <w:p>
      <w:r>
        <w:t>ECLI: ECLI:SK:NSSR:2016:4015201271.1</w:t>
      </w:r>
    </w:p>
    <w:p>
      <w:r>
        <w:t>Dátum vydania: 28.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10So/25/2016 Identifikačné číslo súdneho spisu: 4015201271 Dátum vydania rozhodnutia: 29. 06. 2016 Meno a priezvisko sudcu, VSÚ: JUDr. Zuzana Ďurišová ECLI: ECLI:SK:NSSR:2016:4015201271.1 Uznesenie Najvyšší súd Slovenskej republiky v právnej veci navrhovateľa P. U., nar. XX.XX.XXXX, bytom K., proti odporkyni Sociálnej poisťovni, ústredie Bratislava, so sídlom Ul. 29. augusta č. 8, 813 63 Bratislava, o preskúmanie zákonnosti postupu a rozhodnutia odporkyne č. RDI XXX XXX XXX-XX-XX-XX-X zo dňa 10. mája 2006, o odvolaní navrhovateľa proti uzneseniu Krajského súdu v Nitre č. k. 19Sd/213/2015-8 zo dňa 19. januára 2016, takto r o z h o d o l : Najvyšší súd Slovenskej republiky uznesenie Krajského súdu v Nitre č. k. 19Sd/213/2015-8 zo dňa 19. januára 2016 p o t v r d z u j e . Účastníkom náhradu trov odvolacieho konania n e p r i z n á v a . o d ô v o d n e n i e : Krajský súd v Nitre uznesením podľa § 104 ods. 1 O. s. p. zastavil konanie o návrhu označenom ako 325. odvolanie proti RDI č. XXX XXX XXX-XX-XX-XX-X zo dňa 10. mája 2006, pretože vo veci toho istého RDI- likvidačného listu už bolo právoplatne rozhodnuté v konaní vedenom pod sp. zn. 28S/1/2007 a nemôže sa prejednávať znova. Ide o neodstrániteľnú prekážku konania, res iudicata (§ 159 ods. 3 O.s.p.). Krajský súd skúmajúc podmienky konania podľa § 104 O. s. p. zistil, že rozhodnutie, ktoré napáda navrhovateľ opravným prostriedkom, nespĺňa podmienky rozhodnutia správneho orgánu podľa § 209 zákona č. 461/2003 Z. z. o sociálnom poistení, nemá teda povahu rozhodnutia správneho orgánu o právach a povinnostiach fyzickej osoby v oblasti verejnej správy a nemôže byť preto predmetom preskúmavania v správnom súdnictve. Uvedený nedostatok je neodstrániteľnou prekážkou konania, ktorá je dôvodom na zastavenie konania podľa § 250d ods. 3 v spojení s § 104 ods. 1 O. s. p. Krajský súd zistil, že navrhovateľ sa v konaní vedenom na Krajskom súde v Nitre pod sp. zn. 28S/1/2007 prvýkrát domáhal preskúmania zákonnosti toho istého RDI likvidačného listu zo dňa 10. mája 2006, ktoré bolo uznesením Krajského súdu v Nitre zo dňa 4. februára 2013 zastavené. Uvedené uznesenie bolo uznesením Najvyššieho súdu SR č. k. 9So/43/2013-208 zo dňa 30. júla 2013 potvrdené. Najvyšší súd SR uznesením č. k. 2Sdo/43/2013-225 zo dňa 29. januára 2014 zastavil aj dovolacie konanie. Navrhovateľ podal proti tomuto uzneseniu včas odvolanie, pretože je podozrenie z vopred organizovaného, veľmi úmyselného, predpojatého, zaujatého, závislého, stranného, diskriminačného, týraného, segregačného, vydieračského, diskvalifikačného, denaturalizačného, defekčného, dehonestujúceho, decepsiačného, účelového a cieleného konania a jeho vydaním boli porušené navrhovateľove práva. Najvyšší súd Slovenskej republiky, ako súd odvolací podľa § 10 ods. 2 O.s.p., preskúmal napadnuté uznesenie v rozsahu dôvodov uvedených v odvolaní ako aj konanie, ktoré mu predchádzalo bez nariadenia pojednávania podľa § 250ja ods. 2 O.s.p. a jednomyseľne dospel k záveru, že odvolaniu navrhovateľa nie je možné vyhovieť. Podľa § 244 ods. 2 O. s. p., v správnom súdnictve preskúmavajú súdy zákonnosť rozhodnutí a postupov orgánov štátnej správy, orgánov územnej samosprávy, ako aj orgánov záujmovej samosprávy a ďalších právnických osôb, ako aj fyzických osôb, pokiaľ im zákon zveruje rozhodovanie o právach a povinnostiach fyzických a právnických osôb v oblasti verejnej správy (ďalej len "rozhodnutie správneho orgánu"). Podľa § 246c ods. 1 O. s. p.,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103 O. s. p., kedykoľvek za konania prihliada súd na to, či sú splnené podmienky, za ktorých môže konať vo veci (podmienky konania). Podľa § 104 ods. 1 veta prvá O. s. p., ak ide o taký nedostatok podmienky konania, ktorý nemožno odstrániť, súd konanie zastaví. Z návrhu na začatie konania vyplýva, že navrhovateľ sa domáha preskúmania rozhodnutia odporkyne, za ktoré považuje záznam odporkyne zo dňa 10.05.2006 - RDI (register dôchodkových informácií) . Odvolací súd sa stotožnil s názorom krajského súdu, že uvedený (interný) záznam nemá náležitosti rozhodnutia správneho orgánu o právach a povinnostiach fyzickej osoby v oblasti verejnej správy (§ 244 ods. 2 O. s. p.) a nemôže byť preto predmetom preskúmavania v správnom súdnictve. RDI - likvidačný predpis nie je rozhodnutím preskúmateľným súdom, pretože nemá za následok vznik, zmenu alebo zánik právneho vzťahu, ani tieto skutočnosti nedeklaruje. Odvolací súd sa stotožnil s právnym názorom krajského súdu, že v preskúmavanej veci boli splnené podmienky pre zastavenie konania podľa § 250d ods. 3 v spojení s § 104 ods. 1 O. s. p. z dôvodu neodstrániteľnej prekážky konania. Preto napadnuté uznesenie krajského súdu podľa § 250ja ods. 3, veta druhá v spojení s § 246c ods. 1 a s § 219 ods. 1 O.s.p. ako vecne správne potvrdil. Odvolací súd rozhodol o trovách odvolacieho konania podľa § 250k ods. 1 v spojení s § 246c ods.1 a § 224 ods. 1 O. s. p. tak, že účastníkom ich náhradu nepriznal, keďže navrhovateľ v odvolacom konaní nemal úspech a odporkyňa nemá na ich náhradu zákonný nárok ani v prípade úspechu. Poučenie: Proti tomuto uzneseniu nie je prípustný opravný prostriedok.</w:t>
      </w:r>
    </w:p>
    <w:p/>
    <w:p>
      <w:r>
        <w:t>Zdroj: KAUZIS.SK – https://www.kauzis.sk/judikatura/r/ECLI:SK:NSSR:2016:4015201271.1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