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9So/59/2016 z 12. 7. 2016</w:t>
      </w:r>
    </w:p>
    <w:p>
      <w:r>
        <w:t>Uznesenie Najvyššieho súdu SR z 12. júla 2016, sp. zn. 9So/59/2016, ECLI:SK:NSSR:2016:4015201274.1</w:t>
      </w:r>
    </w:p>
    <w:p>
      <w:r>
        <w:t>Súd: Najvyšší súd</w:t>
      </w:r>
    </w:p>
    <w:p>
      <w:r>
        <w:t>Spisová značka: 9So/59/2016</w:t>
      </w:r>
    </w:p>
    <w:p>
      <w:r>
        <w:t>ECLI: ECLI:SK:NSSR:2016:4015201274.1</w:t>
      </w:r>
    </w:p>
    <w:p>
      <w:r>
        <w:t>Dátum vydania: 12. 7.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9So/59/2016 Identifikačné číslo súdneho spisu: 4015201274 Dátum vydania rozhodnutia: 13. 07. 2016 Meno a priezvisko sudcu, VSÚ: JUDr. Viera Nevedelová ECLI: ECLI:SK:NSSR:2016:4015201274.1 Uznesenie Najvyšší súd Slovenskej republiky v právnej veci navrhovateľa M. B., bytom H., proti odporkyni: Sociálnej poisťovni, ústrediu, so sídlom Ul. 29. augusta č. 8, Bratislava, o starobný dôchodok, o odvolaní navrhovateľa proti uzneseniu Krajského súdu v Nitre č. k.: 19Sd/214/2015-8 zo dňa 19. januára 2016, takto r o z h o d o l : Najvyšší súd Slovenskej republiky uznesenie Krajského súdu v Nitre č. k.: 19Sd/214/2015-8 zo dňa 19. januára 2016 p o t v r d z u j e . Žiaden z účastníkov nemá právo na náhradu trov odvolacieho konania. o d ô v o d n e n i e : Napadnutým uznesením č. k.: 19Sd/214/2015-8 zo dňa 19.01.2016 Krajský súd v Nitre v zmysle § 250d ods. 3 v spojení s § 104 ods. 1 zákona č. 99/1963 Zb. Občiansky súdny poriadok v účinnom znení (ďalej len „O.s.p.“) zastavil konanie o preskúmanie rozhodnutia č. RDI XXX XXX XXX-XX-XX-XX-1. zo dňa 10.05.2006. Zastavenie konania odôvodnil tým, že rozhodnutie, ktoré navrhovateľ napáda opravným prostriedkom nespĺňa podmienky rozhodnutia správneho orgánu v zmysle § 209 zákona č. 461/2003 Z.z. o sociálnom poistení, nemá teda povahu rozhodnutia správneho orgánu o právach a povinnostiach fyzickej osoby v oblasti verejnej správy, a nemôže preto byť predmetom preskúmavania v správnom súdnictve. Zároveň krajský súd poukázal na tú skutočnosť, že navrhovateľ sa domáhal preskúmania toho istého likvidačného listu z 10.05.2006 už viacerými podaniami, ktoré prebiehajú na tamojšom krajskom súde. Prvé, podané dňa 02.01.2007, zapísané pod sp. zn. 28S/1/2007 bolo uznesením Krajského súdu v Nitre zo dňa 04.02.2013 zastavené a uznesením Najvyššieho súdu SR č. 9So/43/2013-208 zo dňa 30.07.2013 potvrdené. Najvyšší súd SR uznesením 2Sdo/43/2013-225 zo dňa 29.01.2014, ktoré nadobudlo právoplatnosť dňa 19.02.2014 zastavil aj dovolacie konanie. Dodal preto krajský súd, že vo veci 28S/1/2007 je už právoplatne rozhodnuté, ide o neodstrániteľnú prekážku konania - res iudicata, preto sa nemôže prejednávať znova. Proti uzneseniu krajského súdu o zastavení konania sa navrhovateľ včas odvolal. V odvolaní uviedol, že každá žaloba, odvolanie proti RDI, je za nové časové obdobie, za vôbec nevyplatené zákonné povinné dôchodkové dávky, vždy iba za jeden, za nový označený mesiac v konkrétnom roku, vždy o novej priznanej dôchodkovej dávke, ale vôbec nevyplatenej. Najvyšší súd Slovenskej republiky, ako súd odvolací (§ 10 ods. 2 O.s.p.), preskúmal napadnuté uznesenie, v súlade s § 214 ods. 2 O.s.p. bez nariadenia pojednávania, a dospel jednomyseľne k záveru, že odvolanie navrhovateľa nie je dôvodné. Podľa § 246c ods. 1 veta prvá O.s.p. pre riešenie otázok, ktoré nie sú priamo upravené v piatej časti, sa použijú primerane ustanovenia prvej, tretej a štvrtej časti tohto zákona. Podľa § 104 ods. 1 veta prvá O.s.p., ak ide o taký nedostatok podmienky konania, ktorý nemožno odstrániť, súd konanie zastaví. Podľa § 219 ods. 1 O.s.p. odvolací súd rozhodnutie potvrdí, ak je vo výroku vecne správne. Z návrhu na začatie konania vyplýva, že navrhovateľ sa návrhom vo veci samej domáhal preskúmania RDI - likvidačného predpisu XXX XXX XXX-XX-XX-XX-X. zo dňa 10.05.2006. Krajský súd správe vyhodnotil, že likvidačný predpis, ktorý navrhovateľ opravným prostriedkom napáda nie je rozhodnutím správneho orgánu v zmysle § 209 zákona č. 461/2003 Z.z. o sociálnom poistení, nemá teda povahu rozhodnutia správneho orgánu o právach a povinnostiach fyzickej osoby v oblasti verejnej správy a nemôže byť preto predmetom preskúmavania v správnom súdnictve. Bolo preto potrebné konanie pre neodstrániteľnú prekážku konania zastaviť podľa § 104 ods. 1 O.s.p. Krajský súd tiež správne odkázal navrhovateľa na Centrum právnej pomoci, keď navrhovateľ požiadal krajský súd o ustanovenie bezplatného právneho zástupcu. V zmysle poslednej novely § 30 O.s.p. súd už nemá možnosť účastníkovi advokáta sám ustanoviť, ale je povinný účastníka s jeho žiadosťou odkázať na Centrum právnej pomoci. Vzhľadom na to, že krajský súd správne napadnutým uznesením rozhodol o zastavení konania, a v odvolacom konaní nevyšli najavo žiadne nové skutočnosti, odvolací súd stotožňujúc sa s vyššie uvedeným záverom súdu prvého stupňa napadnuté uznesenie Krajského súdu v Nitre č. k.: 19Sd/214/2015-8 zo dňa 19.01.2016 podľa § 219 ods. 1 O.s.p. ako vecne správne potvrdil. O náhrade trov odvolacieho konania rozhodol Najvyšší súd Slovenskej republiky podľa § 246c ods. 1 veta prvá O.s.p. v spojení s § 224 ods. 1 O.s.p. a analogicky podľa § 146 ods. 1 písm. c) O.s.p., a vyslovil, že žiaden z účastníkov nemá právo na náhradu trov konania, keďže výsledok konania je obdobný ako pri zastavení konania, a v tomto prípadne nemožno hovoriť o procesnom úspechu, resp. neúspechu, ani o procesnom zavinení zastavenia konania. Poučenie: Proti tomuto uzneseniu opravný prostriedok nie je prípustný.</w:t>
      </w:r>
    </w:p>
    <w:p/>
    <w:p>
      <w:r>
        <w:t>Zdroj: KAUZIS.SK – https://www.kauzis.sk/judikatura/r/ECLI:SK:NSSR:2016:4015201274.1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