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9So/91/2016 z 24. 7. 2016</w:t>
      </w:r>
    </w:p>
    <w:p>
      <w:r>
        <w:t>Uznesenie Najvyššieho súdu SR z 24. júla 2016, sp. zn. 9So/91/2016, ECLI:SK:NSSR:2016:4016200005.2</w:t>
      </w:r>
    </w:p>
    <w:p>
      <w:r>
        <w:t>Súd: Najvyšší súd</w:t>
      </w:r>
    </w:p>
    <w:p>
      <w:r>
        <w:t>Spisová značka: 9So/91/2016</w:t>
      </w:r>
    </w:p>
    <w:p>
      <w:r>
        <w:t>ECLI: ECLI:SK:NSSR:2016:4016200005.2</w:t>
      </w:r>
    </w:p>
    <w:p>
      <w:r>
        <w:t>Dátum vydania: 24. 7.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9So/91/2016 Identifikačné číslo súdneho spisu: 4016200005 Dátum vydania rozhodnutia: 25. 07. 2016 Meno a priezvisko sudcu, VSÚ: JUDr. Viera Nevedelová ECLI: ECLI:SK:NSSR:2016:4016200005.2 Uznesenie Najvyšší súd Slovenskej republiky v právnej veci navrhovateľa J. H., bytom B., proti odporkyni Sociálnej poisťovni, ústrediu, so sídlom Ul. 29. augusta 8, Bratislava, o starobný dôchodok a o odvolaní navrhovateľa proti uzneseniu Krajského súdu v Nitre č. k. 19Sd/1/2016-9 zo dňa 20. januára 2016, o odstránení vád odvolania, takto r o z h o d o l : Vyzýva navrhovateľa, aby v lehote 10 dní od doručenia tohto uznesenia doplnil odvolanie zo dňa 16.03.2016 (proti rozhodnutiu Krajského súdu v Nitre č. k. 19Sd/1/2016-9 zo dňa 20.01.2016), nespĺňajúce zákonné náležitosti odvolania (§ 205 ods. 1 O.s.p. v spojení s § 42 ods. 3 O.s.p.) nasledovne: - uviesť, v čom napadnuté rozhodnutie alebo postup súdu považuje za nesprávny, - uviesť, čoho sa domáha (ako navrhuje, aby súd rozhodol), v dvoch vyhotoveniach. o d ô v o d n e n i e : Krajský súd v Nitre uznesením č. k. 19Sd/1/2016-9 zo dňa 20.01.2016 v zmysle § 104 ods. 1 v spojení s § 246c ods. 1 a § 250l ods. 2 zákona č. 99/1963 Zb. Občianskeho súdneho poriadku v znení neskorších predpisov (ďalej len O.s.p.) zastavil konanie o preskúmanie RDI - likvidačného predpisu č. XY zo dňa 10.05.2006. Po doručení uznesenia podal navrhovateľ osobne dňa 29.03.2016 odvolanie, v ktorom uviedol, že dôvody doručí dodatočne. Podľa § 246c ods. 1 veta prvá O.s.p. pre riešenie otázok, ktoré nie sú priamo upravené v piatej časti, sa použijú primerane ustanovenia prvej, tretej a štvrtej časti tohto zákona. Podľa § 205 ods. 1 O.s.p. v odvolaní sa má popri všeobecných náležitostiach (§ 42 ods. 3) uviesť, proti ktorému rozhodnutiu smeruje, v akom rozsahu sa napáda, v čom sa toto rozhodnutie alebo postup súdu považuje za nesprávny a čoho sa odvolateľ domáha. Odvolanie navrhovateľa neobsahuje zákonné náležitosti, nakoľko z odvolania nie je zrejmé, v čom navrhovateľ považuje napadnuté uznesenie za nesprávne, a čoho sa podaným odvolaním domáha. Odvolací súd preto v súlade s ustanovením § 211 ods. 1 O.s.p. vyzval navrhovateľa na doplnenie odvolania v lehote 10 dní od doručenia tohto uznesenia. Pokiaľ odvolateľ v uvedenej lehote uvedené vady odvolania neodstráni, odvolací súd v zmysle § 218 ods. 1 písm. d) O.s.p. odvolanie odmietne. Poučenie: Proti tomuto uzneseniu nie je prípustný opravný prostriedok.</w:t>
      </w:r>
    </w:p>
    <w:p/>
    <w:p>
      <w:r>
        <w:t>Zdroj: KAUZIS.SK – https://www.kauzis.sk/judikatura/r/ECLI:SK:NSSR:2016:4016200005.2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