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3Nds/3/2016 z 24. 5. 2016</w:t>
      </w:r>
    </w:p>
    <w:p>
      <w:r>
        <w:t>Uznesenie Najvyššieho súdu SR z 24. mája 2016, sp. zn. 3Nds/3/2016, ECLI:SK:NSSR:2016:4016200375.1</w:t>
      </w:r>
    </w:p>
    <w:p>
      <w:r>
        <w:t>Súd: Najvyšší súd</w:t>
      </w:r>
    </w:p>
    <w:p>
      <w:r>
        <w:t>Spisová značka: 3Nds/3/2016</w:t>
      </w:r>
    </w:p>
    <w:p>
      <w:r>
        <w:t>ECLI: ECLI:SK:NSSR:2016:4016200375.1</w:t>
      </w:r>
    </w:p>
    <w:p>
      <w:r>
        <w:t>Dátum vydania: 24.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3Nds/3/2016 Identifikačné číslo súdneho spisu: 4016200375 Dátum vydania rozhodnutia: 25. 05. 2016 Meno a priezvisko sudcu, VSÚ: JUDr. Ivan Rumana ECLI: ECLI:SK:NSSR:2016:4016200375.1 Uznesenie Najvyšší súd Slovenskej republiky v právnej veci žalobcu: FABCAR Kft., so sídlom Bartók Béla út. 152. F.ép., 1113 Budapešť, Maďarsko, právne zastúpený: JUDr. Richard Schwarz, advokát, Dunajská 1, Bratislava (korešpondenčná adresa Rákocziho 12, Nové Zámky), proti žalovanému: Finančné riaditeľstvo Slovenskej republiky, Lazovná 63, Banská Bystrica, o preskúmanie zákonnosti rozhodnutia žalovaného č. 1325390/2015 zo dňa 17. februára 2016, konajúc o návrhu Krajského súdu v Nitre na určenie miestnej príslušnosti, takto r o z h o d o l : Najvyšší súd Slovenskej republiky podľa § 11 ods. 3 Občianskeho súdneho poriadku u r č u j e miestne príslušným súdom Krajský súd v Nitre na prejednanie a rozhodnutie veci, ktorá patrí do právomoci súdov Slovenskej republiky, u ktorej podmienky miestnej príslušnosti chýbajú a je vedená na Krajskom súde v Nitre pod sp. zn. 11S/92/2016. o d ô v o d n e n i e : Žalobca sa žalobou podanou na Krajskom súde v Nitre dňa 19.04.2016 domáha preskúmania zákonnosti rozhodnutia žalovaného č. 1325390/2015 zo dňa 17.02.2016 v spojení s prvostupňovým rozhodnutím Colného úradu Nitra č. OP 975622/2015 zo dňa 19.06.2015 podľa druhej hlavy piatej časti Občianskeho súdneho poriadku (ďalej len „O.s.p.“). Krajský súd v Nitre predložil vec Najvyššiemu súdu Slovenskej republiky za účelom určenia príslušného súdu vo veci podľa § 11 ods. 3 O.s.p., nakoľko v prejednávanom prípade chýbajú podmienky pre určenie miestnej príslušnosti. Keďže ide o preskúmanie zákonnosti rozhodnutia orgánu s pôsobnosťou pre celé územie Slovenskej republiky miestne príslušný by mal byť krajský súd, v obvode ktorého je všeobecný súd žalobcu. Nakoľko žalobcom je právnická osoba, ktorá nemá sídlo na území Slovenskej republiky, nemožno určiť všeobecný súd žalobcu v Slovenskej republike. Z uvedených dôvodov predložil vec Najvyššiemu súdu Slovenskej republiky, aby rozhodol, ktorý súd predmetnú vec prejedná a rozhodne. Podľa § 11 ods. 3 O.s.p. ak ide o vec, ktorá patrí do právomoci súdov Slovenskej republiky, ale podmienky miestnej príslušnosti chýbajú, alebo ich nemožno zistiť, Najvyšší súd Slovenskej republiky určí, ktorý súd vec prejedná a rozhodne. Podľa § 246a ods. 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navrhovateľa. Podľa § 85 ods. 2 O.s.p. všeobecným súdom právnickej osoby je súd, v obvode ktorého má právnická osoba sídlo. Z obsahu podanej žaloby a príloh vyplýva, že žalobca je obchodnou spoločnosťou so sídlom v Maďarsku, a tak nemá všeobecný súd na území Slovenskej republiky. V prejednávanej veci ide o preskúmanie zákonnosti rozhodnutia orgánu s pôsobnosťou pre celé územie Slovenskej republiky (nejde o ústredný orgán štátnej správy), a preto v zmysle § 246a ods. 1 veta druhá O.s.p. miestne príslušným na prejednanie veci by mal byť krajský súd, v obvode ktorého je všeobecný súd žalobcu. Najvyšší súd Slovenskej republiky zistil, že podmienky miestnej príslušnosti v danom prípade chýbajú. Z uvedených dôvodov Najvyšší súd Slovenskej republiky podľa § 11 ods. 3 O.s.p. rozhodol tak, že vec prejedná a rozhodne Krajský súd v Nitre. Toto rozhodnutie prijal senát Najvyššieho súdu Slovenskej republiky pomerom hlasov 3:0 (§ 3 ods. 9 zákona č. 757/2004 Z.z. o súdoch, v znení účinnom od 01.05.2011). Poučenie: Proti tomuto uzneseniu opravný prostriedok nie je prípustný.</w:t>
      </w:r>
    </w:p>
    <w:p/>
    <w:p>
      <w:r>
        <w:t>Zdroj: KAUZIS.SK – https://www.kauzis.sk/judikatura/r/ECLI:SK:NSSR:2016:4016200375.1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