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28XECdo/1/2015 z 3. 5. 2016</w:t>
      </w:r>
    </w:p>
    <w:p>
      <w:r>
        <w:t>Uznesenie Najvyššieho súdu SR z 3. mája 2016, sp. zn. 28XECdo/1/2015, ECLI:SK:NSSR:2016:4207201701.1</w:t>
      </w:r>
    </w:p>
    <w:p>
      <w:r>
        <w:t>Súd: Najvyšší súd</w:t>
      </w:r>
    </w:p>
    <w:p>
      <w:r>
        <w:t>Spisová značka: 28XECdo/1/2015</w:t>
      </w:r>
    </w:p>
    <w:p>
      <w:r>
        <w:t>ECLI: ECLI:SK:NSSR:2016:4207201701.1</w:t>
      </w:r>
    </w:p>
    <w:p>
      <w:r>
        <w:t>Dátum vydania: 3. 5.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Najvyšší súd Spisová značka: 28XECdo/1/2015 Identifikačné číslo súdneho spisu: 4207201701 Dátum vydania rozhodnutia: 04. 05. 2016 Meno a priezvisko sudcu, VSÚ: JUDr. Zuzana Ďurišová ECLI: ECLI:SK:NSSR:2016:4207201701.1 Uznesenie Najvyšší súd Slovenskej republiky v exekučnej veci oprávnenej: POHOTOVOSŤ, s.r.o., IČO: 35 807 598, Pribinova 25, Bratislava, zastúpenej: Fridrich Paľko, s. r. o., so sídlom v Bratislave, Grösslingova č. 4, IČO: 36 864 421, proti povinnej: N. X., bytom M., o vymoženie 606,78 Eur s príslušenstvom, vedenej na Okresnom súde Komárno pod sp. zn. 8Er/149/2007, o dovolaní oprávnenej proti uzneseniu Krajského súdu v Nitre zo dňa 12. marca 2014 sp. zn. 26CoE/72/2014, takto r o z h o d o l : Dovolanie o d m i e t a . Žiaden z účastníkov n e m á p r á v o na náhradu trov dovolacieho konania. o d ô v o d n e n i e : Okresný súd Komárno uznesením zo dňa 16.12.2013, č. k. 8Er/149/2007-42, zastavil exekúciu vedenú na základe rozsudku rozhodcovského súdu, ktorý exekučný súd bližšie špecifikoval v odôvodnení uznesenia (ďalej len „rozhodcovský rozsudok“). Rozhodol tak s poukazom na § 57 ods. 1 písm. g/ a § 57 ods. 2 zákona č. 233/1995 Z. z. o súdnych exekútoroch a exekučnej činnosti a o zmene a doplnení ďalších zákonov v znení neskorších predpisov (Exekučný poriadok). Na odvolanie oprávnenej Krajský súd v Nitre uznesením zo dňa 12.03.2014 sp. zn. 26CoE/72/2014, napadnuté uznesenie potvrdil a návrh oprávnenej na prerušenie konania podľa § 109 ods. 1 písm. c/ O.s.p. zamietol. Uvedené uznesenie odvolacieho súdu napadla oprávnená dovolaním, v ktorom uviedla, že súdy rozhodli nad rámec zverenej právomoci (§ 237 písm. a/ O.s.p.), konali vo veci, v ktorej sa už právoplatne rozhodlo (§ 237 písm. d/ O.s.p.), nepodal sa návrh na začatie konania, hoci podľa zákona bol potrebný (§ 237 písm. e/ O.s.p.), oprávnenej bola odňatá možnosť konať pred súdom (§ 237 písm. f/ O.s.p.), súdy sa v konaní dopustili inej vady majúcej za následok nesprávne rozhodnutie vo veci (§ 241 ods. 2 písm. b/ O.s.p.), najmä nesprávne zistili skutkový stav a nevykonali náležite dokazovanie, a napadnuté rozhodnutie založili na nesprávnom právnom posúdení veci (§ 241 ods. 2 písm. c/ O.s.p.). Pre prípad, že v konaní vystupoval na strane povinného aj vedľajší účastník, dovolateľka namietala i vadu podľa § 237 písm. b/ O.s.p., a žiadala uznesenia súdov nižších stupňov zrušiť a vec vrátiť na ďalšie konanie prvostupňovému súdu; zároveň žiadala dovolacie konanie prerušiť podľa § 109 ods. 1 písm. c/ O.s.p. v spojení s § 243c O.s.p. a Súdnemu dvoru EÚ predložiť prejudiciálne otázky, ktoré bližšie špecifikovala v podanom dovolaní. Najvyšší súd Slovenskej republiky, ako súd dovolací (§ 10a ods. 1 O.s.p.), predovšetkým skúmal, či bolo dovolanie podané v zákonom určenej lehote. Vychádzal pri tom z ustanovenia § 240 ods. 1 O.s.p., podľa ktorého účastník môže podať dovolanie do jedného mesiaca od právoplatnosti rozhodnutia odvolacieho súdu na súde, ktorý rozhodoval v prvom stupni, a ďalej z ustanovenia § 240 ods. 2 O.s.p., podľa ktorého zmeškanie lehoty uvedenej v odseku 1 nemožno odpustiť; lehota je však zachovaná, ak sa dovolanie podá v lehote na odvolacom alebo dovolacom súde. Prihliadal tiež na ustanovenie § 57 ods. 2 O.s.p., v zmysle ktorého sa lehoty určené podľa týždňov, mesiacov alebo rokov končia uplynutím toho dňa, ktorý sa svojím označením zhoduje s dňom, keď došlo k skutočnosti určujúcej začiatok lehoty, a ak ho v mesiaci niet, posledným dňom mesiaca. Ak koniec lehoty pripadne na sobotu, nedeľu alebo sviatok, je posledným dňom lehoty najbližší nasledujúci pracovný deň. V prejednávanej veci nadobudlo dovolaním napadnuté uznesenie odvolacieho súdu právoplatnosť dňa 11.04.2014, jeho doručením ako oprávnenej tak aj povinnej a súdnemu exekútorovi. Zákonná jednomesačná lehota na podanie dovolania (§ 240 ods. 1 O.s.p.) začala plynúť odo dňa právoplatnosti rozhodnutia, v danom prípade od 11.04.2014 a uplynula v pondelok 12.05.2014. Keďže dovolanie oprávnená podala elektronicky až 15.05.2014 podala ho oneskorene. Vzhľadom na uvedené Najvyšší súd Slovenskej republiky oneskorene podané dovolanie odmietol podľa § 243b ods. 5 O.s.p. v spojení s § 218 ods. 1 písm. a/ O.s.p. Pritom, riadiac sa právnou úpravu dovolacieho konania, nezaoberal sa vecnou správnosťou napadnutého rozhodnutia. V dovolacom konaní úspešnej povinnej dovolací súd nepriznal náhradu trov dovolacieho konania, pretože im v súvislosti s dovolacím konaním žiadne trovy nevznikli Toto rozhodnutie prijal senát najvyššieho súdu pomerom hlasov 3 : 0. Poučenie: Proti tomuto uzneseniu nie je prípustný opravný prostriedok.</w:t>
      </w:r>
    </w:p>
    <w:p/>
    <w:p>
      <w:r>
        <w:t>Zdroj: KAUZIS.SK – https://www.kauzis.sk/judikatura/r/ECLI:SK:NSSR:2016:4207201701.1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