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11XCdo/75/2016 z 10. 5. 2016</w:t>
      </w:r>
    </w:p>
    <w:p>
      <w:r>
        <w:t>Uznesenie Najvyššieho súdu SR z 10. mája 2016, sp. zn. 11XCdo/75/2016, ECLI:SK:NSSR:2016:4312217543.1</w:t>
      </w:r>
    </w:p>
    <w:p>
      <w:r>
        <w:t>Súd: Najvyšší súd</w:t>
      </w:r>
    </w:p>
    <w:p>
      <w:r>
        <w:t>Spisová značka: 11XCdo/75/2016</w:t>
      </w:r>
    </w:p>
    <w:p>
      <w:r>
        <w:t>ECLI: ECLI:SK:NSSR:2016:4312217543.1</w:t>
      </w:r>
    </w:p>
    <w:p>
      <w:r>
        <w:t>Dátum vydania: 10.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11XCdo/75/2016 Identifikačné číslo súdneho spisu: 4312217543 Dátum vydania rozhodnutia: 11. 05. 2016 Meno a priezvisko sudcu, VSÚ: JUDr. Pavol Farkaš ECLI: ECLI:SK:NSSR:2016:4312217543.1 Uznesenie Najvyšší súd Slovenskej republiky v právnej veci žalobkyne POHOTOVOSŤ, s.r.o., so sídlom v Bratislave, Pribinova č. 25, IČO : 35 807 598, zastúpenej Fridrich Paľko, s. r. o., so sídlom v Bratislave, Grösslingova č. 4, IČO : 36 864 421, proti žalovanej Slovenskej republike, za ktorú koná Ministerstvo spravodlivosti Slovenskej republiky, so sídlom v Bratislave, Župné nám. č. 13, o náhradu majetkovej škody a nemajetkovej ujmy, vedenej na Okresnom súde Nitra pod sp. zn. 9 C 94/2013, o dovolaní žalobkyne proti uzneseniu Krajského súdu v Nitre z 27. októbra 2015, sp. zn. 2 Co 169/2015, 2 Co 170/2015, 2 Co 229/2015 takto r o z h o d o l : Dovolanie o d m i e t a. Žalovanej náhradu trov dovolacieho konania nepriznáva. o d ô v o d n e n i e : Okresný súd Nitra uznesením z 27. októbra 2014, č. k. 9 C 94/2013 - 63 uložil žalobkyni povinnosť zaplatiť súdny poplatok za odvolanie vo výške 20 Eur podľa položky 7a Sadzobníka súdnych poplatkov, ktorý tvorí prílohu zákona č. 71/1992 Zb. o súdnych poplatkoch a poplatku za výpis z registra trestov v znení neskorších predpisov (ďalej len „zákon č. 71/1992 Zb.“). Na odvolanie žalobkyne Krajský súd v Nitre uznesením z 27. októbra 2015, sp. zn. 2 Co 169/2015, 2 Co 170/2015, 2 Co 229/2015 napadnuté rozhodnutie potvrdil ako vecne správne v zmysle § 219 ods. 1 Občianskeho súdneho poriadku (ďalej len „O.s.p.“). Krajský súd sa stotožnil s napadnutým rozhodnutím o poplatkovej povinnosti majúc za to, že procesný postup súdu prvého stupňa, ktorý k nemu viedol, bol správny. Podľa súdu je nepochybné, že žalobkyňa využila svoje právo podať riadny opravný prostriedok, s čím sa spája vznik poplatkovej povinnosti na strane poplatníka, t. j. toho, kto odvolanie podal. Odvolací súd sa nestotožnil so stanoviskom odvolateľky k aplikácii prechodného ustanovenia § 18ca zákona č. 71/1992 Zb. upravujúceho určovanie poplatkovej povinnosti v konaniach začatých do 30. septembra 2012, keď odvolanie ako úkon bolo navrhnuté po tomto dátume, preto bola aplikácia právnej úpravy zákona účinného v čase vzniku poplatkovej povinnosti (teda v čase podania odvolania) zo strany okresného súdu správna. Proti uzneseniu odvolacieho súdu podala dovolanie žalobkyňa, ktorá žiadala rozhodnutia súdov oboch nižších stupňov zrušiť a pre prípad úspešnosti žiadala priznať náhradu trov dovolacieho konania. Dovolanie odôvodnila tým, že jej postupom súdu bola odňatá možnosť konať pred súdom (§ 241 ods. 2 písm. a/ O.s.p. v spojení s § 237 písm. f/ O.s.p.), ktorá vada mala spočívať v prekvapivosti rozhodnutia odvolacieho súdu a v porušení práva dovolateľky na súdnu ochranu zaručenú v čl. 46 ods. 1 Ústavy Slovenskej republiky, pretože jej súd uložil poplatkovú povinnosť tam, kde ju nemala. Žalovaná sa k podanému dovolaniu nevyjadrila. Najvyšší súd Slovenskej republiky ako súd dovolací (§ 10a ods. 1 O.s.p.) po zistení, že dovolanie podala včas účastníčka konania zastúpená v súlade s § 241 ods. 1 veta druhá O.s.p., bez nariadenia dovolacieho pojednávania (§ 243a ods. 3 O.s.p.), dospel k záveru, že dovolanie treba odmietnuť. V danom prípade ide o dovolanie podané v obdobnej veci, aká už bola v počte väčšom ako päť predmetom konania pred dovolacím súdom na základe skoršieho dovolania tej istej dovolateľky - viď konania vedené na najvyššom súde pod sp. zn. 3 Cdo 180/2014, 3 Cdo 275/2014, 3 Cdo 333/2014, 3 Cdo 374/2014, 3 Cdo 428/2014, 4 Cdo 266/2014, 4 Cdo 363/2014, 4 Cdo 391/2014, 4 Cdo 402/2014, 5 Cdo 301/2014, 5 Cdo 390/2014, 5 Cdo 365/2014, 7 Cdo 398/2014, 7 Cdo 466/2014, 8 Cdo 265/2014. Dovolací súd sa s odôvodneniami rozhodnutí, ktoré boli vydané v týchto konaniach, v celom rozsahu stotožňuje a poukazuje na ne. V zmysle § 243b ods. 7 O.s.p. už ďalšie dôvody neuvádza. Vzhľadom na to, že prípustnosť dovolania žalobkyne je podľa § 239 ods. 3 O.s.p. v znení účinnom od 1. januára 2015 vylúčená (keďže predmetom konania je súdny poplatok) a v konaní nebola preukázaná vada podľa § 237 ods. 1 O.s.p., najvyšší súd dovolanie odmietol podľa § 243b ods. 5 O.s.p. v spojení s § 218 ods. 1 písm. c/ O.s.p. V dovolacom konaní úspešnej žalovanej vzniklo právo na náhradu trov dovolacieho konania proti žalobkyni, ktorá úspech nemala (§ 243b ods. 5 O.s.p. v spojení s § 224 ods. 1 O.s.p. a § 142 ods. 1 O.s.p.). Najvyšší súd Slovenskej republiky jej však žiadne trovy dovolacieho konania nepriznal z dôvodu, že v dovolacom konaní jej žiadne nevznikli a táto si ich ani neuplatňovala.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https://www.kauzis.sk/judikatura/r/ECLI:SK:NSSR:2016:4312217543.1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