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10Sžso/48/2015 z 27. 9. 2016</w:t>
      </w:r>
    </w:p>
    <w:p>
      <w:r>
        <w:t>Rozsudok Najvyššieho súdu SR z 27. septembra 2016, sp. zn. 10Sžso/48/2015, ECLI:SK:NSSR:2016:5014200754.2</w:t>
      </w:r>
    </w:p>
    <w:p>
      <w:r>
        <w:t>Súd: Najvyšší súd</w:t>
      </w:r>
    </w:p>
    <w:p>
      <w:r>
        <w:t>Spisová značka: 10Sžso/48/2015</w:t>
      </w:r>
    </w:p>
    <w:p>
      <w:r>
        <w:t>ECLI: ECLI:SK:NSSR:2016:5014200754.2</w:t>
      </w:r>
    </w:p>
    <w:p>
      <w:r>
        <w:t>Dátum vydania: 27. 9. 2016</w:t>
      </w:r>
    </w:p>
    <w:p>
      <w:r>
        <w:t>Forma: Rozsudok</w:t>
      </w:r>
    </w:p>
    <w:p>
      <w:r>
        <w:t>Oblasť práva: Správne právo</w:t>
      </w:r>
    </w:p>
    <w:p>
      <w:pPr>
        <w:pStyle w:val="Heading2"/>
      </w:pPr>
      <w:r>
        <w:t>Text rozhodnutia</w:t>
      </w:r>
    </w:p>
    <w:p>
      <w:r>
        <w:t>Súd: Najvyšší súd Spisová značka: 10Sžso/48/2015 Identifikačné číslo súdneho spisu: 5014200754 Dátum vydania rozhodnutia: 28. 09. 2016 Meno a priezvisko sudcu, VSÚ: JUDr. Jana Henčeková ECLI: ECLI:SK:NSSR:2016:5014200754.2 ROZSUDOK V MENE SLOVENSKEJ REPUBLIKY Najvyšší súd Slovenskej republiky v senáte zloženom z predsedníčky senátu JUDr. Jany Henčekovej, PhD. a členov senátu JUDr. Zuzany Ďurišovej a JUDr. Eleny Berthotyovej, PhD., v právnej veci žalobkyne O. H., bytom K., Poľská republika, proti žalovanej Sociálnej poisťovni - ústredie, so sídlom Ul. 29. augusta č. 8-10, 813 63 Bratislava, za účasti: ADVERTON, s.r.o., so sídlom Palárikova 76, 022 01 Čadca, IČO:46 550 291, o preskúmanie zákonnosti rozhodnutia žalovanej č. 16259-2/2014-BA zo dňa 1. apríla 2014, konajúc o odvolaniach žalobkyne a účastníka konania proti rozsudku Krajského súdu v Žiline č. k. 20Scud/57/2014-78 zo dňa 9. júna 2015, jednomyseľne, takto r o z h o d o l : Najvyšší súd Slovenskej republiky rozsudok Krajského súdu v Žiline č. k. 20Scud/57/2014-78 zo dňa 9. júna 2015 p o t v r d z u j e . Účastníkom náhradu trov odvolacieho konania n e p r i z n á v a . o d ô v o d n e n i e : Krajský súd napadnutým rozsudkom podľa § 250j ods. 1 zákona č. 99/1963 Zb. Občianskeho súdneho poriadku (ďalej len „O. s. p.“) zamietol žalobu, pretože nie je dôvodná. Podľa právneho názoru krajského súdu aplikovať nariadenie (ES) Európskeho parlamentu a Rady č. 883/2004 z 29.04.2004 (ďalej len „základné nariadenie") a jeho čl. 11 ods.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žalobkyňa vykonávala činnosť zamestnanca u zamestnávateľa ADVERTON, s.r.o., ktorého miesto podnikania resp. sídlo bolo na území SR. Krajský súdu dospel k názoru, že žalobkyňa v danom prípade nepreukázala reálny výkon činnosti zamestnanca u označeného zamestnávateľa. Ani dokladmi v rámci správneho konania, resp. dokladmi pripojenými k žalobe - pracovná zmluva, registračný list FO, štvrťročná správa o vykonaní prác, záznam Inšpektorátu práce Žilina o inšpekcii práce zo dňa 15.03.2013, zápočtový list bez pečiatky a podpisu zamestnávateľa, výpis z bankového účtu v poľskom jazyku, tieto krajský súd vyhodnotil ako nekonkrétne, z hľadiska konkrétneho miesta vykonania prác, konkrétneho dátumu vykonania prác ako aj rozsahu prác. Miesto vykonania prác je uvedené len ako Poprad, nie je uvedený konkrétny dátum vykonania prác, ako aj rozsah prác, ktoré sa mali v uvedených firmách, ktorých vizitky resp. pečiatky sú súčasťou fotokópii štvrťročných prác, realizovať. Doložený doklad o vyplatenej mzde zamestnancovi nemôže preukazovať reálny výkon činnosti zamestnanca. Ani záznam z výkonu inšpekcie práce, na ktorý poukazuje žalobkyňa nesúvisel podľa názoru krajského súdu s prešetrovaním reálneho výkonu činnosti zamestnancov označeného zamestnávateľa. Samotná pracovná zmluva nepreukazuje reálne vykonávanie práce, len preukazuje právny základ dojednaného pracovného pomeru. Potvrdenie o zamestnaní taktiež nie je dôkazom o reálnom výkone činnosti žalobkyne ako zamestnanca. Navyše toto potvrdenie nie je potvrdené zamestnávateľom. Ani z týchto listinných dôkazov, podľa názoru krajského súdu, žalobkyňa nepreukázala konkrétne vykonávanie prác podľa pracovnej zmluvy na základe ktorej mala vykonať práce promotora služieb a produktov poskytovaných zamestnávateľom alebo klientmi zamestnávateľa. Promotor (z anglického promotion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Práca zamestnanca bola definovaná v pracovnej zmluve ako kontakt s potencionálnymi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Ani predložené doklady v konaní pred súdom nepreukázali realizáciu pracovnej náplne obsiahnutej v pracovnej zmluve, ktorú mala žalobkyňa vykonávať na území SR. Vzhľadom na uvedené krajský súd dospel k záveru, že neboli splnené zákonné predpoklady pre aplikáciu základného nariadenia - čl. 13 (3), nakoľko nebol preukázaný reálny súbeh činností žalobkyne ako SZČO na území Poľskej republiky a zamestnanca na území SR, keď nebolo preukázané, že žalobkyňa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Krajský súd ďalej uviedol, že tak ako žalobkyňa aj jej zamestnávateľ, ktorí boli účastníkmi správneho konania, ktorým sa doručovali napadnuté rozhodnutia žalovanej a prvostupňového správneho orgánu, v konaní neuniesli dôkazné bremeno a neprodukovali dôkazy, ktoré by spochybnili závery žalovanej a prvostupňového správneho orgánu, závery správy o kontrole zo dňa 07.03.2013, ktorá bola jedným z podkladov pre rozhodnutie žalovanej. Dôkazy, ktoré žalobkyňa produkovala v žalobe a aj v správnom konaní nepreukazujú skutočnosť, že by reálne, v súlade s dohodnutými pracovnými podmienkami, pre označeného zamestnávateľa od 01.07.2012 do 05.08.2012 žalobkyňa prácu reálne vykonávala. Na základe uvedeného potom záver prvostupňového správneho orgánu a žalovanej, že žalobkyni nevzniklo povinné nemocenské poistenie, povinné dôchodkové poistenie a povinné poistenie v nezamestnanosti podľa slovenskej legislatívy, je v súlade so zákonom, nakoľko § 20 zákona č. 461/2003 Z.z. ako zákonnú podmienku vzniku povinného poistenia predpokladá existenciu statusu žalobkyne ako zamestnanca v pracovnom pomere. Takýto záver nie je v rozpore so skutočnosťou, že žalobkyni bol vydaný registračný list - prihláška FO do Sociálnej poisťovne, v ktorej bola označená identifikačnými údajmi a bol označený aj jej zamestnávateľ ADVERTON, s.r.o. Podanie a registrácia prihlášky však nie je dôkazom o skutočnom (reálnom) vzniku pracovného pomeru žalobkyne u zamestnávateľa. Tento záver vyplýva aj z ustanovení § 15 ods. 1 písm. a), § 19 ods. 1, § 14 ods. 1 písm. a) zákona č 461/2003 Z.z., ktoré upravujú podmienky dôchodkového poistenia, poistenia v nezamestnanosti a povinného nemocenského poistenia, ktorých zákonným predpokladom pre priznanie je existencia statusu zamestnanca, ktorý žalobkyňa v konaní nepreukázala. Krajský súd uvádza, že žalobkyňa bola v konaní povinná uniesť bremeno tvrdení a dôkazné bremeno a bola spôsobilá vymedzením skutkových tvrdení a dôkazmi preukázať, aký konkrétny rozsah prác od 01.07.2012 do 05.08.2012 pre zamestnávateľa v súlade s dohodnutým druhom práce podľa pracovnej zmluvy vykonávala. Preto neobstojí tvrdenie žalobkyne v podanej žalobe, že je poškodená na svojich právach. Žalobkyňa mohla skutkovým vymedzením uviesť, ktoré konkrétne práce od uzavretia pracovnej zmluvy pre zamestnávateľa vykonávala, v ktorých firmách, aké konkrétne produkty, služby prezentovala, propagovala, s ktorými osobami jednala a pod., ktoré by rozsah ňou vykonaných prác pre zamestnávateľa, potvrdili. Keďže bolo preukázané, že žalobkyňa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žalobkyne ako zamestnanca a SZČO v dvoch členských štátoch. Nedôvodné sú námietky žalobkyne vo vzťahu k vykonávaniu činnosti zamestnancov na území SR, že títo vykonávajú tzv. marginálne činnosti na území SR, nakoľko rozhodnutia správnych orgánov z týchto skutočností vôbec nevychádzajú. Podľa názoru krajského súdu v danom prípade nebolo potrebné sa zaoberať ani skutočnosťami registrového sídla zamestnávateľa, keďže nebol preukázaný reálny súbeh dvoch činností - zamestnanie a SZČO vykonávané v odlišných členských štátoch, tak ako to krajský súd vyššie odôvodnil. Taktiež ako nedôvodnú vyhodnotil krajský súd námietku týkajúcej sa diskriminačného zaobchádzania so žalobkyňou, keďže žiadne také zaobchádzanie nebolo preukázané a samotné rozhodnutie v zmysle zákona nemôže byť pojmovo označené ako diskriminačné. O trovách konania rozhodol krajský súd tak, že neúspešnej žalobkyni náhradu trov nepriznal. Vo včas podanom odvolaní žalobkyňa navrhla odvolaciemu súdu, aby zrušil rozsudok krajského súdu, rozhodnutie žalovanej a rozhodnutie prvostupňového správneho orgánu. Napadnutému rozsudku žalobkyňa vytýka nesprávne použitie čl. 288 odsek 2 Zmluvy o fungovaní Európskej únie v súvislosti s čl. 4 odsek 3 Zmluvy o Európskej únie tým, že neboli uplatnené a tým, že rozhodnutie bolo vydané na základe vnútroštátnych predpisov namiesto uplatnenia predpisov Európskej únie, ktorých obsah nemal byť v predmetnom rozsahu rozširovaný, upravovaný a ani doplňovaný. Ďalej žalobkyňa namietala hrubé porušenie hmotného práva, a to čl. 45, 46, 48 Zmluvy o fungovaní Európskej únie (v skonsolidovanom znení), tým, že bol vykonaný ľubovoľný, odtrhnutý od judikatúry, a zavádzajúci výklad princípu slobodného pohybu zamestnancov a ponímania zamestnanca, a taktiež pravidlá rovnosti, aj keď doklady, ako aj vysvetlenia podané navrhovateľom zreteľne poukazujú na to, že je zamestnancom podľa zákonov Európskej únie. Žalobkyňa vytýkala rozhodnutiu krajského súdu aj porušenie čl. 14 ods. 5b vykonávacieho nariadenia, ktoré malo vplyv na obsah napadnutého rozsudku tým, že bolo podporené stanovisko, že práca žalobkyne mala marginálny charakter, kedy Základ Ubezpieczen Spolecznych, ako inštitúcia miesta bydliska nie je oprávnená posudzovať pracovnú dobu žalobkyne vykonávanú na základe pracovnej zmluvy uzatvorenej so slovenským zamestnávateľom, a v tejto záležitosti sa žalovaná vo vydaných rozhodnutiach, ako aj prvostupňový súd vo svojom rozsudku podriadil napadnutému rozhodnutiu na základe vykonaného posúdenia prostredníctvom Základ Ubezpieczen Spolecznych, a opomenul argumentácie žalobkyne týkajúce sa výmery a charakteru jeho práce. V odvolaní žalobkyňa tiež namietala porušenie čl. 16 ods. 2, 3 a 4 v súvislosti s čl. 20 nariadenia Európskeho parlamentu a Rady (ES) č. 987/2009 zo dňa 16. septembra 2009 týkajúceho sa vykonávania nariadenia (ES) č. 883/2004 vo veci koordinácie systémov sociálneho poistenia (ďalej ako „vykonávacie nariadenie“), ktoré má vplyv na obsah napadnutého rozsudku tým, že ostalo v platnosti rozhodnutie Sociálnej poisťovne, ktoré bolo vydané v priebehu nevhodne uplatniteľnej procedúry príslušnej legislatívy, pretože Sociálna poisťovňa pobočka Čadca ako aj žalovaná vydali rozhodnutie o vylúčení žalobcu z poistenia pred vydaním akéhokoľvek rozhodnutia prostredníctvom Základ Ubezpieczen Spolecznych, pričom iba v dôsledku správne uplatniteľnej procedúry určovania príslušnej legislatívy s prihliadnutím na čl. 16 in fine vykonávacieho nariadenia prostredníctvom inštitúcie podľa miesta bydliska - Základ Ubezpieczen Spolecznych Oddzial v Katawicach, mohla inštitúcia (Sociálna poisťovňa) podľa miesta výkonu práce vydať rozhodnutie zo dňa 3. októbra 2013 č. 46242-1/2013-CA, a následne 16259-2/2014-BA zo dňa 1. apríla 2014. Ďalšia námietka sa týkala porušenia čl. 6 a 16 vykonávacieho nariadenia, ktoré má vplyv na obsah napadnutého rozsudku tým, že bolo prostredníctvom Sociálnej poisťovne vydané rozhodnutie v oboch inštanciách bez prijatia postupu dialógu a zmierovacieho konania, ktoré sú uvedené aj v čl. 6 a 16 vykonávacieho nariadenia, ako aj v ustanoveniach Rozhodnutia č. A1 Správnej komisie zo dňa 12. júna 2009 o ustanovení dialógu a zmierovacieho konania v rozsahu platnosti dokumentov, určenia príslušnej legislatívy a poskytnutia dávok podľa základného nariadenia, počas kedy je v priebehu určovania príslušnej legislatívy pre poistenca potrebná spolupráca a porozumenie príslušných inštitúcií, za účelom splnenia všetkých práv, ktoré prislúchajú žalobcovi. Záverom žalobkyňa namietala závažné porušenie hmotného práva, ktoré malo vplyv na obsah vydaného rozsudku, a to čl. 13 ods. 3 nariadenia č. 883/2004, v ktorom sa nachádza kolízna norma poukazujúca na príslušnú legislatívu vo veci sociálneho zabezpečenia osoby bežne realizujúcej činnosť ako zamestnanec a činnosť ako samostatne zárobkovo činná osoba v rôznych členských krajinách, čím sa vylučuje možnosť určenia legislatívy príslušnej pre tento právny vzťah iným spôsobom ako uvedený v norme o koordinácii systémov sociálneho zabezpečenia. Vo vyjadrení k odvolaniu žalobkyne žalovaná navrhla, aby odvolací súd rozsudok krajského súdu potvrdil. Žalovaná uviedla, že žalobkyňa v odvolaní neuviedla také námietky, ktoré by odôvodňovali zmenu alebo zrušenie rozhodnutia žalovanej. Vo vyjadrení k odvolaniu sa žalovaná pridržala svojho vyjadrenia k žalobe nakoľko v ňom zaujala stanovisko ku každej námietke obsiahnutej v žalobe. Vo veci podal v prospech žalobkyne odvolanie aj účastník konania a žiadal, aby odvolací súd zrušil napadnuté rozhodnutie žalovanej v spojení s rozhodnutím prvostupňového správneho orgánu a vec vrátil žalovanej na ďalšie konanie. V odvolaní namietal rovnaké skutočnosti ako žalobkyňa a naviac namietal aj potvrdenie stanoviska o zanedbateľnom charaktere činnosti vykonávanej žalobcom napriek tomu, že žalobca tvrdil, že jeho činnosť ako zamestnanca nemá zanedbateľný charakter, lebo časová náročnosť práce pre spoločnosť ADVERON s.r.o., čiže 10 hodín týždenne prekročila 5% času venovaného činnosti ako samostatne zárobkovo činná osoba. V odvolaní poukázal aj na rozhodnutia Poľských súdov. Ďalej namietal nesprávne posúdenia skutkového stavu v dôsledku prijatia, že žalobkyňa napriek tomu, že takú možnosť mal, neposkytol dokumenty potvrdzujúce výkon činnosti ako zamestnanec v priebehu správneho konania, a preto nie je možné posúdenie týchto dôkazov v priebehu súdneho konania. V odvolaní účastník konania namietal aj odňatie reálnej možnosti žalobkyni na obranu jej prisluhujúcich práv v dôsledku posúdenia, že na začiatku činnosť v prospech spoločnosti nebola reálne vykonávaná, a následne prijatia stanoviska, že táto práca je vykonávaná, ale má zanedbateľný charakter. Záverom namietal vykonanie chybného zistenia v dôsledku prijatia, že zo zaregistrovania žalobkyne v systéme sociálneho zabezpečenia a pridelenia žalobkyni individuálneho čísla poistenca (rodného čísla) nevzniká zamestnávateľovi povinnosť odvádzať za zamestnanca odvody na poistné, nesvedčí o tom, že je zamestnanec prijatý do systému sociálneho zabezpečenia. Žalobkyňa vo vyjadrení k odvolaniu účastníka konania uviedla, že je dôvodné a žiada, aby bolo vzaté do úvahy pri rozhodovaní odvolacieho súdu. Vo vyjadrení k odvolaniu účastníka konania žalovaná uviedla, že účastník konania v odvolaní neuviedol také námietky, ktoré by odôvodňovali zmenu alebo zrušenie rozhodnutia žalovanej. Vo vyjadrení k odvolaniu sa žalovaná pridržala svojho vyjadrenia k žalobe nakoľko v ňom zaujala stanovisko ku každej námietke týkajúcej sa žalobkyne.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odvolania nie sú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09.06.2015.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28.09.2016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čl. 11 ods. 1 Nariadenia (ES) Európskeho parlamentu a Rady 833/2004 z 29. apríla 2004 o koordinácii systémov sociálneho zabezpečenia (ďalej len „základné nariadenie“) osoby, na ktoré sa toto nariadenie vzťahuje, podliehajú právnym predpisom len jedného členského štátu. Tieto právne predpisy sa určia v súlade s touto hlavou. Podľa čl. 11 ods. 3 písm. a) základného nariadenia s výhradou článkov 12 až 16 osoba vykonávajúca činnosť ako zamestnanec alebo samostatne zárobkovo činná osoba v členskom štáte podlieha právnym predpisom tohto členského štátu.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14 ods. 5b Nariadenia (ES) Európskeho parlamentu a Rady č. 987/2009 zo dňa 16. septembra 2009, ktorým sa stanovuje postup vykonávania nariadenia (ES) č. 883/2004 o koordinácii systémov sociálneho zabezpečenia (ďalej len „vykonávacie nariadenie“) na účely uplatňovania článku 13 ods. 1 základného nariadenia osobou, ktorá „zvyčajne vykonáva činnosť ako zamestnanec v dvoch alebo vo viacerých členských štátoch“, je predovšetkým osoba, ktorá nepretržite striedavo vykonáva činnosti s výnimkou zanedbateľných činností v dvoch alebo vo viacerých členských štátoch, a to bez ohľadu na početnosť alebo pravidelnosť tohto striedania.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Z obsahu predloženého súdneho spisu najvyšší súd zistil, že Sociálna poisťovňa, pobočka Čadca, ako prvostupňový správny orgán, rozhodnutím č. 46242-1/2013-CA zo dňa 03.10.2013 rozhodla podľa § 178 ods. 1 písm. a) bod 1 a § 210 ods. 1 zákona č. 461/2003 Z.z. tak, že žalobkyni nevzniklo povinné nemocenské poistenie, povinné dôchodkové poistenie a povinné poistenie v nezamestnanosti ako zamestnancovi ADVERTON, s.r.o. od 01.07.2012 do 05.08.2012 podľa slovenskej legislatívy. Na odvolanie žalobkyne a účastníka konania žalovaná rozhodnutím č. 16259-2/2014-BA zo dňa 01.04.2014 odvolania zamietla a rozhodnutie prvostupňového správneho orgánu potvrdila. Predmetom preskúmania odvolacieho súdu je rozsudok krajského súdu, ktorým zamietol žalobu, ako aj konanie, ktoré mu predchádzalo, pričom v rámci odvolacieho konania skúmal aj napadnuté rozhodnutie žalovanej, ako aj rozhodnutie prvostupňového správneho orgánu a konania týmto rozhodnutiam predchádzajúce, najmä z toho pohľadu, či sa krajský súd vysporiadal so všetkými námietkami žalobkyne uplatnenými v žalobe a z takto vymedzeného rozsahu, či správne posúdil zákonnosť napadnutého rozhodnutia. Po preverení riadnosti podmienok vykonávania súdneho prieskumu rozhodnutí správneho orgánu (tzn. najmä splnenia podmienok konania a okruhu účastníkov) sa najvyšší súd stotožňuje so skutkovými závermi krajského súdu v tom rozsahu, ako si ich osvojil krajský súd zo zistení uvedených žalovaným správnym orgánom ako aj žalobkyňou, ktoré sú obsiahnuté v administratívnom spise.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Po preskúmaní napadnutého rozsudku ako aj rozhodnutia žalovanej najvyšší súd dospel k rovnakému záveru ako krajský súd, a to, že v konaní nebolo preukázané, že by žalobkyňa reálne fakticky vykonávala činnosť zamestnanca u zamestnávateľa ADVERTON, s.r.o., ktorého sídlo je na území SR. Z uvedeného dôvodu, preto neboli splnené zákonné predpoklady pre aplikáciu čl. 13 ods. 3 základného nariadenia. Pre aplikáciu tohto článku základného nariadenia je potrebný reálny súbeh činností žalobkyne ako SZČO na území Poľskej republiky a činnosti ako zamestnankyne na území Slovenskej republiky. Uvedené ustanovenie základného nariadenia predpokladá existujúci, skutočný súbeh dvoch činností, a to SZČO a zamestnanie vykonávané v dvoch odlišných členských štátoch, a iba táto skutočnosť zakladá postup podľa predmetného článku 13 ods. 3 základného nariadenia a aplikáciu uplatniteľných právnych predpisov príslušného členského štátu. Žalobkyňa počas správneho konania ako aj konania pred súdom nepreukázala, že od uzavretia pracovnej zmluvy dňa 01.07.2012 do 05.08.2012 vykonávala u zamestnávateľa na území SR konkrétny dojednaný druh práce - promotéra služieb a produktov poskytovaných zamestnávateľmi alebo klientmi zamestnávateľa. Žalobkyňa rovnako nepreukázala skutočný rozsah vykonávaných, resp. konkrétnych prác, ktoré vykonala pre zamestnávateľa za obdobie od 01.07.2012 do 05.08.2012. Čo sa týka nepreukázania rozsahu vykonávaných prác a dokladov predložených žalobkyňou v správnom ako aj v súdnom konaní najvyšší súd uvádza, že odôvodnenie napadnutého súdneho rozhodnutia v tejto časti je plne vyčerpávajúce a logicky odôvodnené. V tejto súvislosti poukazuje odvolací súd na to, že v dvojinštančnom súdnom konaní rozhodnutia súdu prvého a druhého stupňa tvoria jednotu, a preto je nadbytočné, aby najvyšší súd opakoval vo svojom rozhodnutí správne skutkové a právne závery súdu prvého stupňa. Na základe uvedeného dospel najvyšší súd k názoru, že záver prvostupňového správneho orgánu a žalovanej o tom, že žalobkyni nevzniklo povinné nemocenské poistenie, povinné dôchodkové poistenie a povinné poistenie v nezamestnanosti podľa slovenskej legislatívy je v súlade so zákonom. Tento záver vyplýva z ustanovení § 20, § 14 ods. 1 písm. a), § 15 ods. 1 písm. a) a § 19 zákona č. 461/2003 Z.z., ktoré upravujú podmienky povinného nemocenského poistenia, povinného dôchodkového poistenia a poistenia v nezamestnanosti, ktorých zákonným predpokladom pre priznanie je existencia statusu zamestnanca, ktorý však žalobkyňa v správnom ako aj súdnom konaní nepreukázala. Z dôvodu preukázania, že žalobkyňa vykonáva samostatne zárobkovú činnosť v Poľskej republike a z dôvodu, že nebolo preukázané vykonávanie činnosti žalobkyne ako zamestnanca u zamestnávateľa na území SR, je zrejmé, že žalobkyňa podlieha výlučne právnym predpisom členského štátu, v ktorom vykonáva samostatne zárobkovú činnosť podľa čl. 11 ods. 3 písm. a) základného nariadenia. S poukazom na čl. 11 ods. 3 písm. a) základného nariadenia teda neboli splnené podmienky pre aplikáciu čl. 13 ods. 3 základného nariadenia, nakoľko nebol preukázaný reálny, skutočný súbeh vykonávania činnosti žalobkyne ako SZČO a zamestnanca v dvoch členských štátoch. Po preskúmaní podaných odvolaní najvyšší súd konštatuje, že s právnymi námietkami odvolateľov sa súd prvého stupňa v rozhodnutí riadne vysporiadal a nenechal otvorenú žiadnu spornú otázku, riešenie ktorej by zostalo na odvolacom súde, a preto námietky uvedené v odvolaniach vyhodnotil najvyšší súd ako bezpredmetné, ktoré neboli spôsobilé spochybniť vecnú správnosť rozhodnutia. S poukazom na uvedené najvyšší súd podľa § 250ja ods. 3 veta druhá O. s. p. v spojení s § 219 ods. 1 O. s. p. napadnutý rozsudok Krajského súdu v Žiline potvrdil ako vecne správny. Odvolací súd rozhodol o trovách odvolacieho konania podľa § 250k ods. 1 v spojení s § 246c ods.1 a § 224 ods. 1 O. s. p. tak, že účastníkom ich náhradu nepriznal, keďže žalobkyňa v konaní nemala úspech a žalovaná nemá na ich náhradu zákonný nárok ani v prípade úspechu.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https://www.kauzis.sk/judikatura/r/ECLI:SK:NSSR:2016:5014200754.2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